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3F16B" w14:textId="29697A39" w:rsidR="00B310E4" w:rsidRDefault="5EA5F5E4" w:rsidP="5EA5F5E4">
      <w:pPr>
        <w:pStyle w:val="Heading1"/>
        <w:rPr>
          <w:color w:val="auto"/>
          <w:u w:val="single"/>
        </w:rPr>
      </w:pPr>
      <w:r w:rsidRPr="5EA5F5E4">
        <w:rPr>
          <w:color w:val="auto"/>
          <w:u w:val="single"/>
        </w:rPr>
        <w:t>Year 12 History Task – The Wars of the Roses</w:t>
      </w:r>
    </w:p>
    <w:p w14:paraId="732C74F2" w14:textId="281F7268" w:rsidR="00B310E4" w:rsidRDefault="5EA5F5E4">
      <w:r w:rsidRPr="5EA5F5E4">
        <w:rPr>
          <w:b/>
          <w:bCs/>
          <w:u w:val="single"/>
        </w:rPr>
        <w:t>The Wars of the Roses: Pre-Reading and Preparation</w:t>
      </w:r>
      <w:r w:rsidR="00274A75">
        <w:br/>
      </w:r>
      <w:r w:rsidR="00274A75">
        <w:br/>
      </w:r>
      <w:r>
        <w:t>Read the attached article The Wars of the Roses carefully before completing the tasks below. The aim is to develop your knowledge of the period and begin thinking like an A Level historian.</w:t>
      </w:r>
      <w:r w:rsidR="00274A75">
        <w:br/>
      </w:r>
      <w:r w:rsidR="00274A75">
        <w:br/>
      </w:r>
      <w:r w:rsidRPr="5EA5F5E4">
        <w:rPr>
          <w:b/>
          <w:bCs/>
          <w:u w:val="single"/>
        </w:rPr>
        <w:t>PART A: Knowledge Check</w:t>
      </w:r>
      <w:r w:rsidR="00274A75">
        <w:br/>
      </w:r>
      <w:r w:rsidR="00274A75">
        <w:br/>
      </w:r>
      <w:r>
        <w:t>1. Why was Henry V regarded as a successful king?</w:t>
      </w:r>
      <w:r w:rsidR="00274A75">
        <w:br/>
      </w:r>
      <w:r>
        <w:t>2. What problems had developed in England by 1450?</w:t>
      </w:r>
      <w:r w:rsidR="00274A75">
        <w:br/>
      </w:r>
      <w:r>
        <w:t>3. Why did Cade’s Rebellion take place?</w:t>
      </w:r>
      <w:r w:rsidR="00274A75">
        <w:br/>
      </w:r>
      <w:r>
        <w:t>4. What were the main weaknesses of Henry VI as king?</w:t>
      </w:r>
      <w:r w:rsidR="00274A75">
        <w:br/>
      </w:r>
      <w:r>
        <w:t>5. Why did conflict develop between the Dukes of York and Somerset?</w:t>
      </w:r>
      <w:r w:rsidR="00274A75">
        <w:br/>
      </w:r>
      <w:r>
        <w:t>6. What was significant about the First Battle of St Albans (1455)?</w:t>
      </w:r>
      <w:r w:rsidR="00274A75">
        <w:br/>
      </w:r>
      <w:r>
        <w:t>7. Why did many nobles continue to support Henry VI despite his weaknesses?</w:t>
      </w:r>
      <w:r w:rsidR="00274A75">
        <w:br/>
      </w:r>
      <w:r>
        <w:t>8. Why was the Battle of Towton important?</w:t>
      </w:r>
      <w:r w:rsidR="00274A75">
        <w:br/>
      </w:r>
      <w:r>
        <w:t>9. Why did Warwick rebel against Edward IV?</w:t>
      </w:r>
      <w:r w:rsidR="00274A75">
        <w:br/>
      </w:r>
      <w:r>
        <w:t>10. How did Henry Tudor become king in 1485?</w:t>
      </w:r>
      <w:r w:rsidR="00274A75">
        <w:br/>
      </w:r>
      <w:r w:rsidR="00274A75">
        <w:br/>
      </w:r>
      <w:r w:rsidRPr="5EA5F5E4">
        <w:rPr>
          <w:b/>
          <w:bCs/>
          <w:u w:val="single"/>
        </w:rPr>
        <w:t>PART B: Chronology Challenge</w:t>
      </w:r>
      <w:r w:rsidR="00274A75">
        <w:br/>
      </w:r>
      <w:r w:rsidR="00274A75">
        <w:br/>
      </w:r>
      <w:r>
        <w:t>Create a timeline covering the period 1415–1485.</w:t>
      </w:r>
      <w:r w:rsidR="00274A75">
        <w:br/>
      </w:r>
      <w:r>
        <w:t>Include at least 10 key events.</w:t>
      </w:r>
      <w:r w:rsidR="00274A75">
        <w:br/>
      </w:r>
      <w:r w:rsidR="00274A75">
        <w:br/>
      </w:r>
      <w:r>
        <w:t>For each event, write:</w:t>
      </w:r>
      <w:r w:rsidR="00274A75">
        <w:br/>
      </w:r>
      <w:r>
        <w:t>• The date</w:t>
      </w:r>
      <w:r w:rsidR="00274A75">
        <w:br/>
      </w:r>
      <w:r>
        <w:t>• A brief description (1–2 sentences)</w:t>
      </w:r>
      <w:r w:rsidR="00274A75">
        <w:br/>
      </w:r>
      <w:r>
        <w:t>• Why it was important</w:t>
      </w:r>
      <w:r w:rsidR="00274A75">
        <w:br/>
      </w:r>
      <w:r w:rsidR="00274A75">
        <w:br/>
      </w:r>
      <w:r w:rsidRPr="5EA5F5E4">
        <w:rPr>
          <w:b/>
          <w:bCs/>
          <w:u w:val="single"/>
        </w:rPr>
        <w:t>PART C: Thinking Like a Historian</w:t>
      </w:r>
      <w:r w:rsidR="00274A75">
        <w:br/>
      </w:r>
      <w:r w:rsidR="00274A75">
        <w:br/>
      </w:r>
      <w:r>
        <w:t>Read the following quotation from the article:</w:t>
      </w:r>
      <w:r w:rsidR="00274A75">
        <w:br/>
      </w:r>
      <w:r>
        <w:t>“The wars were fought by serious people for serious reasons.”</w:t>
      </w:r>
      <w:r w:rsidR="00274A75">
        <w:br/>
      </w:r>
      <w:r>
        <w:t>Answer:</w:t>
      </w:r>
      <w:r w:rsidR="00274A75">
        <w:br/>
      </w:r>
      <w:r>
        <w:t>1. What does this quotation suggest about the motives of the nobles?</w:t>
      </w:r>
      <w:r w:rsidR="00274A75">
        <w:br/>
      </w:r>
      <w:r>
        <w:t>2. Does the article present the nobles as selfish or responsible? Explain.</w:t>
      </w:r>
      <w:r w:rsidR="00274A75">
        <w:br/>
      </w:r>
      <w:r>
        <w:t>3. What evidence in the article supports your view?</w:t>
      </w:r>
      <w:r w:rsidR="00274A75">
        <w:br/>
      </w:r>
      <w:r w:rsidR="00274A75">
        <w:br/>
      </w:r>
      <w:r>
        <w:t>(Approx. 200 words.)</w:t>
      </w:r>
      <w:r w:rsidR="00274A75">
        <w:br/>
      </w:r>
    </w:p>
    <w:sectPr w:rsidR="00B310E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0650373">
    <w:abstractNumId w:val="8"/>
  </w:num>
  <w:num w:numId="2" w16cid:durableId="1851024091">
    <w:abstractNumId w:val="6"/>
  </w:num>
  <w:num w:numId="3" w16cid:durableId="1276643168">
    <w:abstractNumId w:val="5"/>
  </w:num>
  <w:num w:numId="4" w16cid:durableId="209071908">
    <w:abstractNumId w:val="4"/>
  </w:num>
  <w:num w:numId="5" w16cid:durableId="1176916655">
    <w:abstractNumId w:val="7"/>
  </w:num>
  <w:num w:numId="6" w16cid:durableId="1448159702">
    <w:abstractNumId w:val="3"/>
  </w:num>
  <w:num w:numId="7" w16cid:durableId="1778140171">
    <w:abstractNumId w:val="2"/>
  </w:num>
  <w:num w:numId="8" w16cid:durableId="1579361778">
    <w:abstractNumId w:val="1"/>
  </w:num>
  <w:num w:numId="9" w16cid:durableId="1358046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56010"/>
    <w:rsid w:val="0029639D"/>
    <w:rsid w:val="00326F90"/>
    <w:rsid w:val="00AA1D8D"/>
    <w:rsid w:val="00AF3ADC"/>
    <w:rsid w:val="00B310E4"/>
    <w:rsid w:val="00B47730"/>
    <w:rsid w:val="00CB0664"/>
    <w:rsid w:val="00E35CF6"/>
    <w:rsid w:val="00FC693F"/>
    <w:rsid w:val="3F7D438C"/>
    <w:rsid w:val="5EA5F5E4"/>
    <w:rsid w:val="6C208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412D0C04-A4AC-47AA-816B-1F6019C2F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1219</Characters>
  <Application>Microsoft Office Word</Application>
  <DocSecurity>0</DocSecurity>
  <Lines>10</Lines>
  <Paragraphs>2</Paragraphs>
  <ScaleCrop>false</ScaleCrop>
  <Manager/>
  <Company/>
  <LinksUpToDate>false</LinksUpToDate>
  <CharactersWithSpaces>1430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R HALL</dc:creator>
  <cp:keywords/>
  <dc:description>generated by python-docx</dc:description>
  <cp:lastModifiedBy>Mr R HALL</cp:lastModifiedBy>
  <cp:revision>3</cp:revision>
  <dcterms:created xsi:type="dcterms:W3CDTF">2026-07-02T12:00:00Z</dcterms:created>
  <dcterms:modified xsi:type="dcterms:W3CDTF">2026-07-02T12:00:00Z</dcterms:modified>
  <cp:category/>
</cp:coreProperties>
</file>