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C750C" w14:textId="77777777" w:rsidR="00D42AA8" w:rsidRDefault="003B2B45">
      <w:pPr>
        <w:pStyle w:val="Heading1"/>
      </w:pPr>
      <w:r>
        <w:t>Othello by William Shakespeare</w:t>
      </w:r>
    </w:p>
    <w:p w14:paraId="0799B3C1" w14:textId="4B3073EE" w:rsidR="00D42AA8" w:rsidRDefault="00BE00E6">
      <w:r>
        <w:t xml:space="preserve">Summer </w:t>
      </w:r>
      <w:r w:rsidR="003B2B45">
        <w:t>Work Pack</w:t>
      </w:r>
      <w:r w:rsidR="003B2B45">
        <w:br/>
      </w:r>
      <w:r w:rsidR="003B2B45">
        <w:t>NB All quotes and page references are taken from the 2001 Arden Shakespeare publication.</w:t>
      </w:r>
    </w:p>
    <w:p w14:paraId="192750D3" w14:textId="50ED4D79" w:rsidR="00C055E2" w:rsidRDefault="003B2B45" w:rsidP="00C055E2">
      <w:pPr>
        <w:pStyle w:val="Heading2"/>
      </w:pPr>
      <w:r>
        <w:t xml:space="preserve">Act One is set in Venice, a highly civilised and commercially prosperous ‘city </w:t>
      </w:r>
      <w:r>
        <w:t>state’ ruled by an</w:t>
      </w:r>
      <w:r w:rsidR="00BE00E6">
        <w:t xml:space="preserve"> </w:t>
      </w:r>
      <w:r>
        <w:t>elected Duke or Doge. As you read Act One, consider Shakespeare’s presentation of Venetian</w:t>
      </w:r>
      <w:r w:rsidR="00BE00E6">
        <w:t xml:space="preserve"> </w:t>
      </w:r>
      <w:r>
        <w:t>society and its values during the Renaissance era as the backdrop to the relationship between</w:t>
      </w:r>
      <w:r w:rsidR="00BE00E6">
        <w:t xml:space="preserve"> </w:t>
      </w:r>
      <w:r>
        <w:t>Othello and Desdemona.</w:t>
      </w:r>
    </w:p>
    <w:p w14:paraId="07087DDA" w14:textId="71291A92" w:rsidR="00C055E2" w:rsidRPr="00C055E2" w:rsidRDefault="00C055E2" w:rsidP="00C055E2">
      <w:pPr>
        <w:rPr>
          <w:b/>
          <w:bCs/>
          <w:sz w:val="28"/>
          <w:szCs w:val="28"/>
          <w:u w:val="single"/>
        </w:rPr>
      </w:pPr>
      <w:r w:rsidRPr="00C055E2">
        <w:rPr>
          <w:b/>
          <w:bCs/>
          <w:sz w:val="28"/>
          <w:szCs w:val="28"/>
          <w:u w:val="single"/>
        </w:rPr>
        <w:t>Quote Quest (Reading Companion)</w:t>
      </w:r>
    </w:p>
    <w:p w14:paraId="1B13D520" w14:textId="77777777" w:rsidR="00D42AA8" w:rsidRDefault="003B2B45">
      <w:pPr>
        <w:pStyle w:val="Heading2"/>
      </w:pPr>
      <w:r>
        <w:t>A</w:t>
      </w:r>
      <w:r>
        <w:t>ct 1 Scene 1</w:t>
      </w:r>
    </w:p>
    <w:p w14:paraId="62E3EABD" w14:textId="77777777" w:rsidR="00D42AA8" w:rsidRDefault="003B2B45" w:rsidP="00BD6ECE">
      <w:pPr>
        <w:pStyle w:val="ListNumber"/>
        <w:numPr>
          <w:ilvl w:val="0"/>
          <w:numId w:val="0"/>
        </w:numPr>
        <w:ind w:left="360" w:hanging="360"/>
      </w:pPr>
      <w:r>
        <w:t>1.  What is Iago’s complaint against Othello? (lines 8 - 33)</w:t>
      </w:r>
    </w:p>
    <w:p w14:paraId="17A76FC4" w14:textId="6643BCD3" w:rsidR="00D42AA8" w:rsidRDefault="003B2B45" w:rsidP="00BD6ECE">
      <w:pPr>
        <w:pStyle w:val="ListNumber"/>
        <w:numPr>
          <w:ilvl w:val="0"/>
          <w:numId w:val="0"/>
        </w:numPr>
        <w:ind w:left="360" w:hanging="360"/>
      </w:pPr>
      <w:r>
        <w:t>2.  What insight do you gain into the relationship between</w:t>
      </w:r>
      <w:r w:rsidR="00BE00E6">
        <w:t xml:space="preserve"> </w:t>
      </w:r>
      <w:r>
        <w:t>Othello and Iago from his speech on lines 41 - 64?</w:t>
      </w:r>
    </w:p>
    <w:p w14:paraId="652DA0B7" w14:textId="333C84C0" w:rsidR="00D42AA8" w:rsidRDefault="003B2B45" w:rsidP="00BE00E6">
      <w:pPr>
        <w:pStyle w:val="ListNumber"/>
        <w:numPr>
          <w:ilvl w:val="0"/>
          <w:numId w:val="0"/>
        </w:numPr>
      </w:pPr>
      <w:r>
        <w:t>3.  What is the significance of the following quotation in</w:t>
      </w:r>
      <w:r w:rsidR="00BE00E6">
        <w:t xml:space="preserve"> </w:t>
      </w:r>
      <w:r>
        <w:t>revealing Iago’s feelings towards Othello: ‘In following</w:t>
      </w:r>
      <w:r w:rsidR="00BE00E6">
        <w:t xml:space="preserve"> </w:t>
      </w:r>
      <w:r>
        <w:t>him I follow but myself. / Heaven is my judge, not I for</w:t>
      </w:r>
      <w:r w:rsidR="00BE00E6">
        <w:t xml:space="preserve"> </w:t>
      </w:r>
      <w:r>
        <w:t>love and duty, / But seeming so for my peculiar end’?</w:t>
      </w:r>
    </w:p>
    <w:p w14:paraId="77021C11" w14:textId="09DF8486" w:rsidR="00D42AA8" w:rsidRDefault="003B2B45" w:rsidP="00BE00E6">
      <w:pPr>
        <w:pStyle w:val="ListNumber"/>
        <w:numPr>
          <w:ilvl w:val="0"/>
          <w:numId w:val="0"/>
        </w:numPr>
        <w:ind w:left="360" w:hanging="360"/>
      </w:pPr>
      <w:r>
        <w:t>4.  What can you infer about Iago from the way that he</w:t>
      </w:r>
      <w:r w:rsidR="00BE00E6">
        <w:t xml:space="preserve"> </w:t>
      </w:r>
      <w:r>
        <w:t>speaks to Brabantio in this scene?</w:t>
      </w:r>
    </w:p>
    <w:p w14:paraId="26FB9CE2" w14:textId="77777777" w:rsidR="00D42AA8" w:rsidRDefault="003B2B45" w:rsidP="00BE00E6">
      <w:pPr>
        <w:pStyle w:val="ListNumber"/>
        <w:numPr>
          <w:ilvl w:val="0"/>
          <w:numId w:val="0"/>
        </w:numPr>
        <w:ind w:left="360" w:hanging="360"/>
      </w:pPr>
      <w:r>
        <w:t>5</w:t>
      </w:r>
      <w:r>
        <w:t>.  What is the significance of Iago’s exit on line 157?</w:t>
      </w:r>
    </w:p>
    <w:p w14:paraId="2705202A" w14:textId="154D7451" w:rsidR="00D42AA8" w:rsidRDefault="003B2B45" w:rsidP="00BE00E6">
      <w:pPr>
        <w:pStyle w:val="ListNumber"/>
        <w:numPr>
          <w:ilvl w:val="0"/>
          <w:numId w:val="0"/>
        </w:numPr>
        <w:ind w:left="360" w:hanging="360"/>
      </w:pPr>
      <w:r>
        <w:t>6.  What do you learn of Roderigo’s character from his</w:t>
      </w:r>
      <w:r w:rsidR="00BE00E6">
        <w:t xml:space="preserve"> </w:t>
      </w:r>
      <w:r>
        <w:t>words and actions in this scene?</w:t>
      </w:r>
    </w:p>
    <w:p w14:paraId="0F101C79" w14:textId="269182FE" w:rsidR="00D42AA8" w:rsidRDefault="003B2B45" w:rsidP="00BE00E6">
      <w:pPr>
        <w:pStyle w:val="ListNumber"/>
        <w:numPr>
          <w:ilvl w:val="0"/>
          <w:numId w:val="0"/>
        </w:numPr>
        <w:ind w:left="360" w:hanging="360"/>
      </w:pPr>
      <w:r>
        <w:t>7.  The characters of Othello and Desdemona are</w:t>
      </w:r>
      <w:r w:rsidR="00BE00E6">
        <w:t xml:space="preserve"> </w:t>
      </w:r>
      <w:r>
        <w:t>introduced in this scene before we actually</w:t>
      </w:r>
      <w:r w:rsidR="00BD6ECE">
        <w:t xml:space="preserve"> </w:t>
      </w:r>
      <w:r>
        <w:t>meet them.</w:t>
      </w:r>
    </w:p>
    <w:p w14:paraId="7820F823" w14:textId="77777777" w:rsidR="00D42AA8" w:rsidRDefault="003B2B45" w:rsidP="00BE00E6">
      <w:pPr>
        <w:pStyle w:val="ListNumber"/>
        <w:numPr>
          <w:ilvl w:val="0"/>
          <w:numId w:val="0"/>
        </w:numPr>
        <w:ind w:left="360" w:hanging="360"/>
      </w:pPr>
      <w:r>
        <w:t>8</w:t>
      </w:r>
      <w:r>
        <w:t>.  What is suggested by the following quotations?</w:t>
      </w:r>
    </w:p>
    <w:p w14:paraId="23DC6109" w14:textId="77777777" w:rsidR="00D42AA8" w:rsidRDefault="003B2B45">
      <w:r>
        <w:lastRenderedPageBreak/>
        <w:t>Consider:</w:t>
      </w:r>
    </w:p>
    <w:p w14:paraId="588355BC" w14:textId="77777777" w:rsidR="00D42AA8" w:rsidRDefault="003B2B45">
      <w:pPr>
        <w:pStyle w:val="ListBullet"/>
      </w:pPr>
      <w:r>
        <w:t>The status of women in Renaissance society</w:t>
      </w:r>
    </w:p>
    <w:p w14:paraId="417CE15E" w14:textId="77777777" w:rsidR="00D42AA8" w:rsidRDefault="003B2B45">
      <w:pPr>
        <w:pStyle w:val="ListBullet"/>
      </w:pPr>
      <w:r>
        <w:t>The status of men in Renaissance society</w:t>
      </w:r>
    </w:p>
    <w:p w14:paraId="6EDEA558" w14:textId="77777777" w:rsidR="00D42AA8" w:rsidRDefault="003B2B45">
      <w:pPr>
        <w:pStyle w:val="ListBullet"/>
      </w:pPr>
      <w:r>
        <w:t>Attitudes towards race in Renaissance society</w:t>
      </w:r>
    </w:p>
    <w:p w14:paraId="3CB994B7" w14:textId="77777777" w:rsidR="00C055E2" w:rsidRDefault="00C055E2" w:rsidP="00C055E2">
      <w:pPr>
        <w:pStyle w:val="ListBullet"/>
        <w:numPr>
          <w:ilvl w:val="0"/>
          <w:numId w:val="0"/>
        </w:numPr>
        <w:ind w:left="360" w:hanging="360"/>
      </w:pPr>
    </w:p>
    <w:tbl>
      <w:tblPr>
        <w:tblStyle w:val="TableGrid"/>
        <w:tblW w:w="0" w:type="auto"/>
        <w:tblInd w:w="360" w:type="dxa"/>
        <w:tblLook w:val="04A0" w:firstRow="1" w:lastRow="0" w:firstColumn="1" w:lastColumn="0" w:noHBand="0" w:noVBand="1"/>
      </w:tblPr>
      <w:tblGrid>
        <w:gridCol w:w="2773"/>
        <w:gridCol w:w="2721"/>
        <w:gridCol w:w="2776"/>
      </w:tblGrid>
      <w:tr w:rsidR="006114E8" w14:paraId="60ACD691" w14:textId="77777777" w:rsidTr="006114E8">
        <w:tc>
          <w:tcPr>
            <w:tcW w:w="2952" w:type="dxa"/>
          </w:tcPr>
          <w:p w14:paraId="24A70F70" w14:textId="77777777" w:rsidR="006114E8" w:rsidRDefault="006114E8" w:rsidP="006114E8">
            <w:r>
              <w:t>Quotation</w:t>
            </w:r>
          </w:p>
          <w:p w14:paraId="7D624B85" w14:textId="77777777" w:rsidR="006114E8" w:rsidRDefault="006114E8" w:rsidP="00C055E2">
            <w:pPr>
              <w:pStyle w:val="ListBullet"/>
              <w:numPr>
                <w:ilvl w:val="0"/>
                <w:numId w:val="0"/>
              </w:numPr>
            </w:pPr>
          </w:p>
        </w:tc>
        <w:tc>
          <w:tcPr>
            <w:tcW w:w="2952" w:type="dxa"/>
          </w:tcPr>
          <w:p w14:paraId="3AA49062" w14:textId="77777777" w:rsidR="006114E8" w:rsidRDefault="006114E8" w:rsidP="006114E8">
            <w:r>
              <w:t>Speaker</w:t>
            </w:r>
          </w:p>
          <w:p w14:paraId="3EF81D7C" w14:textId="77777777" w:rsidR="006114E8" w:rsidRDefault="006114E8" w:rsidP="00C055E2">
            <w:pPr>
              <w:pStyle w:val="ListBullet"/>
              <w:numPr>
                <w:ilvl w:val="0"/>
                <w:numId w:val="0"/>
              </w:numPr>
            </w:pPr>
          </w:p>
        </w:tc>
        <w:tc>
          <w:tcPr>
            <w:tcW w:w="2952" w:type="dxa"/>
          </w:tcPr>
          <w:p w14:paraId="2196D87B" w14:textId="77777777" w:rsidR="006114E8" w:rsidRDefault="006114E8" w:rsidP="006114E8">
            <w:r>
              <w:t>Connotations</w:t>
            </w:r>
          </w:p>
          <w:p w14:paraId="4F8FF4BD" w14:textId="77777777" w:rsidR="006114E8" w:rsidRDefault="006114E8" w:rsidP="00C055E2">
            <w:pPr>
              <w:pStyle w:val="ListBullet"/>
              <w:numPr>
                <w:ilvl w:val="0"/>
                <w:numId w:val="0"/>
              </w:numPr>
            </w:pPr>
          </w:p>
        </w:tc>
      </w:tr>
      <w:tr w:rsidR="006114E8" w14:paraId="7E322C15" w14:textId="77777777" w:rsidTr="006114E8">
        <w:tc>
          <w:tcPr>
            <w:tcW w:w="2952" w:type="dxa"/>
          </w:tcPr>
          <w:p w14:paraId="1A2EB28D" w14:textId="77777777" w:rsidR="006114E8" w:rsidRDefault="006114E8" w:rsidP="006114E8">
            <w:r>
              <w:t>‘Look to your house, your</w:t>
            </w:r>
          </w:p>
          <w:p w14:paraId="0C849E2C" w14:textId="77777777" w:rsidR="006114E8" w:rsidRDefault="006114E8" w:rsidP="006114E8">
            <w:r>
              <w:t>daughter and your bags!’</w:t>
            </w:r>
          </w:p>
          <w:p w14:paraId="61B065B2" w14:textId="77777777" w:rsidR="006114E8" w:rsidRDefault="006114E8" w:rsidP="00C055E2">
            <w:pPr>
              <w:pStyle w:val="ListBullet"/>
              <w:numPr>
                <w:ilvl w:val="0"/>
                <w:numId w:val="0"/>
              </w:numPr>
            </w:pPr>
          </w:p>
        </w:tc>
        <w:tc>
          <w:tcPr>
            <w:tcW w:w="2952" w:type="dxa"/>
          </w:tcPr>
          <w:p w14:paraId="473A4284" w14:textId="77777777" w:rsidR="006114E8" w:rsidRDefault="006114E8" w:rsidP="00C055E2">
            <w:pPr>
              <w:pStyle w:val="ListBullet"/>
              <w:numPr>
                <w:ilvl w:val="0"/>
                <w:numId w:val="0"/>
              </w:numPr>
            </w:pPr>
          </w:p>
        </w:tc>
        <w:tc>
          <w:tcPr>
            <w:tcW w:w="2952" w:type="dxa"/>
          </w:tcPr>
          <w:p w14:paraId="2116AE87" w14:textId="77777777" w:rsidR="006114E8" w:rsidRDefault="006114E8" w:rsidP="00C055E2">
            <w:pPr>
              <w:pStyle w:val="ListBullet"/>
              <w:numPr>
                <w:ilvl w:val="0"/>
                <w:numId w:val="0"/>
              </w:numPr>
            </w:pPr>
          </w:p>
        </w:tc>
      </w:tr>
      <w:tr w:rsidR="006114E8" w14:paraId="2AD10471" w14:textId="77777777" w:rsidTr="006114E8">
        <w:tc>
          <w:tcPr>
            <w:tcW w:w="2952" w:type="dxa"/>
          </w:tcPr>
          <w:p w14:paraId="45291F33" w14:textId="77777777" w:rsidR="006114E8" w:rsidRDefault="006114E8" w:rsidP="006114E8">
            <w:r>
              <w:t>‘</w:t>
            </w:r>
            <w:proofErr w:type="gramStart"/>
            <w:r>
              <w:t>an</w:t>
            </w:r>
            <w:proofErr w:type="gramEnd"/>
            <w:r>
              <w:t xml:space="preserve"> old black ram / is tupping</w:t>
            </w:r>
          </w:p>
          <w:p w14:paraId="559EC855" w14:textId="77777777" w:rsidR="006114E8" w:rsidRDefault="006114E8" w:rsidP="006114E8">
            <w:r>
              <w:t>your white ewe’</w:t>
            </w:r>
          </w:p>
          <w:p w14:paraId="65D226ED" w14:textId="77777777" w:rsidR="006114E8" w:rsidRDefault="006114E8" w:rsidP="00C055E2">
            <w:pPr>
              <w:pStyle w:val="ListBullet"/>
              <w:numPr>
                <w:ilvl w:val="0"/>
                <w:numId w:val="0"/>
              </w:numPr>
            </w:pPr>
          </w:p>
        </w:tc>
        <w:tc>
          <w:tcPr>
            <w:tcW w:w="2952" w:type="dxa"/>
          </w:tcPr>
          <w:p w14:paraId="4A2C3155" w14:textId="77777777" w:rsidR="006114E8" w:rsidRDefault="006114E8" w:rsidP="00C055E2">
            <w:pPr>
              <w:pStyle w:val="ListBullet"/>
              <w:numPr>
                <w:ilvl w:val="0"/>
                <w:numId w:val="0"/>
              </w:numPr>
            </w:pPr>
          </w:p>
        </w:tc>
        <w:tc>
          <w:tcPr>
            <w:tcW w:w="2952" w:type="dxa"/>
          </w:tcPr>
          <w:p w14:paraId="1C6D5E8D" w14:textId="77777777" w:rsidR="006114E8" w:rsidRDefault="006114E8" w:rsidP="00C055E2">
            <w:pPr>
              <w:pStyle w:val="ListBullet"/>
              <w:numPr>
                <w:ilvl w:val="0"/>
                <w:numId w:val="0"/>
              </w:numPr>
            </w:pPr>
          </w:p>
        </w:tc>
      </w:tr>
      <w:tr w:rsidR="006114E8" w14:paraId="7F5C5DCD" w14:textId="77777777" w:rsidTr="006114E8">
        <w:tc>
          <w:tcPr>
            <w:tcW w:w="2952" w:type="dxa"/>
          </w:tcPr>
          <w:p w14:paraId="1C0DE863" w14:textId="77777777" w:rsidR="006114E8" w:rsidRDefault="006114E8" w:rsidP="006114E8">
            <w:r>
              <w:t>‘I am one, sir, that comes to</w:t>
            </w:r>
          </w:p>
          <w:p w14:paraId="5C98E9B7" w14:textId="77777777" w:rsidR="006114E8" w:rsidRDefault="006114E8" w:rsidP="006114E8">
            <w:r>
              <w:t>tell you your daughter and</w:t>
            </w:r>
          </w:p>
          <w:p w14:paraId="714B03D1" w14:textId="77777777" w:rsidR="006114E8" w:rsidRDefault="006114E8" w:rsidP="006114E8">
            <w:r>
              <w:t>the Moor are now making the</w:t>
            </w:r>
          </w:p>
          <w:p w14:paraId="65DE702B" w14:textId="77777777" w:rsidR="006114E8" w:rsidRDefault="006114E8" w:rsidP="006114E8">
            <w:r>
              <w:t>beast with two backs.’</w:t>
            </w:r>
          </w:p>
          <w:p w14:paraId="2FA425E3" w14:textId="77777777" w:rsidR="006114E8" w:rsidRDefault="006114E8" w:rsidP="00C055E2">
            <w:pPr>
              <w:pStyle w:val="ListBullet"/>
              <w:numPr>
                <w:ilvl w:val="0"/>
                <w:numId w:val="0"/>
              </w:numPr>
            </w:pPr>
          </w:p>
        </w:tc>
        <w:tc>
          <w:tcPr>
            <w:tcW w:w="2952" w:type="dxa"/>
          </w:tcPr>
          <w:p w14:paraId="474E5034" w14:textId="77777777" w:rsidR="006114E8" w:rsidRDefault="006114E8" w:rsidP="00C055E2">
            <w:pPr>
              <w:pStyle w:val="ListBullet"/>
              <w:numPr>
                <w:ilvl w:val="0"/>
                <w:numId w:val="0"/>
              </w:numPr>
            </w:pPr>
          </w:p>
        </w:tc>
        <w:tc>
          <w:tcPr>
            <w:tcW w:w="2952" w:type="dxa"/>
          </w:tcPr>
          <w:p w14:paraId="2267B375" w14:textId="77777777" w:rsidR="006114E8" w:rsidRDefault="006114E8" w:rsidP="00C055E2">
            <w:pPr>
              <w:pStyle w:val="ListBullet"/>
              <w:numPr>
                <w:ilvl w:val="0"/>
                <w:numId w:val="0"/>
              </w:numPr>
            </w:pPr>
          </w:p>
        </w:tc>
      </w:tr>
      <w:tr w:rsidR="006114E8" w14:paraId="636728B7" w14:textId="77777777" w:rsidTr="006114E8">
        <w:tc>
          <w:tcPr>
            <w:tcW w:w="2952" w:type="dxa"/>
          </w:tcPr>
          <w:p w14:paraId="79676825" w14:textId="77777777" w:rsidR="006114E8" w:rsidRDefault="006114E8" w:rsidP="006114E8">
            <w:r>
              <w:t>‘Your daughter … hath made a</w:t>
            </w:r>
          </w:p>
          <w:p w14:paraId="0F134F73" w14:textId="77777777" w:rsidR="006114E8" w:rsidRDefault="006114E8" w:rsidP="006114E8">
            <w:r>
              <w:t>gross revolt / Tying her duty,</w:t>
            </w:r>
          </w:p>
          <w:p w14:paraId="72DBB9ED" w14:textId="77777777" w:rsidR="006114E8" w:rsidRDefault="006114E8" w:rsidP="006114E8">
            <w:r>
              <w:t>beauty, wit, and fortunes / In</w:t>
            </w:r>
          </w:p>
          <w:p w14:paraId="7278C06A" w14:textId="77777777" w:rsidR="006114E8" w:rsidRDefault="006114E8" w:rsidP="006114E8">
            <w:r>
              <w:t>an extravagant and wheeling</w:t>
            </w:r>
          </w:p>
          <w:p w14:paraId="1D7AA483" w14:textId="77777777" w:rsidR="006114E8" w:rsidRDefault="006114E8" w:rsidP="006114E8">
            <w:r>
              <w:t>stranger / Of here and</w:t>
            </w:r>
          </w:p>
          <w:p w14:paraId="0505EEC4" w14:textId="77777777" w:rsidR="006114E8" w:rsidRDefault="006114E8" w:rsidP="006114E8">
            <w:r>
              <w:t>everywhere.’</w:t>
            </w:r>
          </w:p>
          <w:p w14:paraId="15877A8F" w14:textId="77777777" w:rsidR="006114E8" w:rsidRDefault="006114E8" w:rsidP="00C055E2">
            <w:pPr>
              <w:pStyle w:val="ListBullet"/>
              <w:numPr>
                <w:ilvl w:val="0"/>
                <w:numId w:val="0"/>
              </w:numPr>
            </w:pPr>
          </w:p>
        </w:tc>
        <w:tc>
          <w:tcPr>
            <w:tcW w:w="2952" w:type="dxa"/>
          </w:tcPr>
          <w:p w14:paraId="097587CF" w14:textId="77777777" w:rsidR="006114E8" w:rsidRDefault="006114E8" w:rsidP="00C055E2">
            <w:pPr>
              <w:pStyle w:val="ListBullet"/>
              <w:numPr>
                <w:ilvl w:val="0"/>
                <w:numId w:val="0"/>
              </w:numPr>
            </w:pPr>
          </w:p>
        </w:tc>
        <w:tc>
          <w:tcPr>
            <w:tcW w:w="2952" w:type="dxa"/>
          </w:tcPr>
          <w:p w14:paraId="7CE7CB17" w14:textId="77777777" w:rsidR="006114E8" w:rsidRDefault="006114E8" w:rsidP="00C055E2">
            <w:pPr>
              <w:pStyle w:val="ListBullet"/>
              <w:numPr>
                <w:ilvl w:val="0"/>
                <w:numId w:val="0"/>
              </w:numPr>
            </w:pPr>
          </w:p>
        </w:tc>
      </w:tr>
      <w:tr w:rsidR="006114E8" w14:paraId="230D581C" w14:textId="77777777" w:rsidTr="006114E8">
        <w:tc>
          <w:tcPr>
            <w:tcW w:w="2952" w:type="dxa"/>
          </w:tcPr>
          <w:p w14:paraId="006D5353" w14:textId="77777777" w:rsidR="006114E8" w:rsidRDefault="006114E8" w:rsidP="006114E8">
            <w:r>
              <w:t>‘O heaven! How she got out?</w:t>
            </w:r>
          </w:p>
          <w:p w14:paraId="7D22350C" w14:textId="77777777" w:rsidR="006114E8" w:rsidRDefault="006114E8" w:rsidP="006114E8">
            <w:r>
              <w:t>O treason of the blood! /</w:t>
            </w:r>
          </w:p>
          <w:p w14:paraId="2459F969" w14:textId="77777777" w:rsidR="006114E8" w:rsidRDefault="006114E8" w:rsidP="006114E8">
            <w:r>
              <w:t>Fathers, from hence trust not</w:t>
            </w:r>
          </w:p>
          <w:p w14:paraId="2AC1ED50" w14:textId="77777777" w:rsidR="006114E8" w:rsidRDefault="006114E8" w:rsidP="006114E8">
            <w:r>
              <w:t>your daughters’ minds / By</w:t>
            </w:r>
          </w:p>
          <w:p w14:paraId="6CB9EA6E" w14:textId="77777777" w:rsidR="006114E8" w:rsidRDefault="006114E8" w:rsidP="006114E8">
            <w:r>
              <w:t>what you see them act.’</w:t>
            </w:r>
          </w:p>
          <w:p w14:paraId="0791DBF6" w14:textId="77777777" w:rsidR="006114E8" w:rsidRDefault="006114E8" w:rsidP="00C055E2">
            <w:pPr>
              <w:pStyle w:val="ListBullet"/>
              <w:numPr>
                <w:ilvl w:val="0"/>
                <w:numId w:val="0"/>
              </w:numPr>
            </w:pPr>
          </w:p>
        </w:tc>
        <w:tc>
          <w:tcPr>
            <w:tcW w:w="2952" w:type="dxa"/>
          </w:tcPr>
          <w:p w14:paraId="01B019ED" w14:textId="77777777" w:rsidR="006114E8" w:rsidRDefault="006114E8" w:rsidP="00C055E2">
            <w:pPr>
              <w:pStyle w:val="ListBullet"/>
              <w:numPr>
                <w:ilvl w:val="0"/>
                <w:numId w:val="0"/>
              </w:numPr>
            </w:pPr>
          </w:p>
        </w:tc>
        <w:tc>
          <w:tcPr>
            <w:tcW w:w="2952" w:type="dxa"/>
          </w:tcPr>
          <w:p w14:paraId="5BDF5D5B" w14:textId="77777777" w:rsidR="006114E8" w:rsidRDefault="006114E8" w:rsidP="00C055E2">
            <w:pPr>
              <w:pStyle w:val="ListBullet"/>
              <w:numPr>
                <w:ilvl w:val="0"/>
                <w:numId w:val="0"/>
              </w:numPr>
            </w:pPr>
          </w:p>
        </w:tc>
      </w:tr>
    </w:tbl>
    <w:p w14:paraId="0D8B0F50" w14:textId="77777777" w:rsidR="00C055E2" w:rsidRDefault="00C055E2" w:rsidP="00C055E2">
      <w:pPr>
        <w:pStyle w:val="ListBullet"/>
        <w:numPr>
          <w:ilvl w:val="0"/>
          <w:numId w:val="0"/>
        </w:numPr>
        <w:ind w:left="360" w:hanging="360"/>
      </w:pPr>
    </w:p>
    <w:p w14:paraId="1EC5E0F1" w14:textId="77777777" w:rsidR="00D42AA8" w:rsidRDefault="003B2B45">
      <w:pPr>
        <w:pStyle w:val="Heading2"/>
      </w:pPr>
      <w:r>
        <w:t>Act 1 Scene 2</w:t>
      </w:r>
    </w:p>
    <w:p w14:paraId="28533453" w14:textId="77777777" w:rsidR="00D42AA8" w:rsidRDefault="003B2B45" w:rsidP="00BE00E6">
      <w:pPr>
        <w:pStyle w:val="ListNumber"/>
        <w:numPr>
          <w:ilvl w:val="0"/>
          <w:numId w:val="0"/>
        </w:numPr>
        <w:ind w:left="360"/>
      </w:pPr>
      <w:r>
        <w:t>1.  Look closely at Othello’s speeches to Iago. What is his response to Brabantio’s complaint?</w:t>
      </w:r>
    </w:p>
    <w:p w14:paraId="15AB6990" w14:textId="27547755" w:rsidR="00D42AA8" w:rsidRDefault="003B2B45" w:rsidP="00BE00E6">
      <w:pPr>
        <w:pStyle w:val="ListNumber"/>
        <w:numPr>
          <w:ilvl w:val="0"/>
          <w:numId w:val="0"/>
        </w:numPr>
        <w:ind w:left="360"/>
      </w:pPr>
      <w:r>
        <w:t>2.  What do you learn about Desdemona’s history from Brabantio’s speech from line 62? How</w:t>
      </w:r>
      <w:r w:rsidR="00BE00E6">
        <w:t xml:space="preserve"> </w:t>
      </w:r>
      <w:r>
        <w:t>does this affect your view of the relationship?</w:t>
      </w:r>
    </w:p>
    <w:p w14:paraId="6BFD71A8" w14:textId="77777777" w:rsidR="00D42AA8" w:rsidRDefault="003B2B45" w:rsidP="00BE00E6">
      <w:pPr>
        <w:pStyle w:val="ListNumber"/>
        <w:numPr>
          <w:ilvl w:val="0"/>
          <w:numId w:val="0"/>
        </w:numPr>
        <w:ind w:left="360"/>
      </w:pPr>
      <w:r>
        <w:t>3</w:t>
      </w:r>
      <w:r>
        <w:t>.  What are Brabantio’s main objections to the marriage of Desdemona and Othello?</w:t>
      </w:r>
    </w:p>
    <w:p w14:paraId="74FE2AA5" w14:textId="77777777" w:rsidR="00D42AA8" w:rsidRDefault="003B2B45" w:rsidP="00BE00E6">
      <w:pPr>
        <w:pStyle w:val="ListNumber"/>
        <w:numPr>
          <w:ilvl w:val="0"/>
          <w:numId w:val="0"/>
        </w:numPr>
        <w:ind w:left="360"/>
      </w:pPr>
      <w:r>
        <w:t>4.  What prevents Othello’s arrest at the end of the scene?</w:t>
      </w:r>
    </w:p>
    <w:p w14:paraId="074E7242" w14:textId="77777777" w:rsidR="00D42AA8" w:rsidRDefault="003B2B45">
      <w:pPr>
        <w:pStyle w:val="Heading2"/>
      </w:pPr>
      <w:r>
        <w:t>Act 1 Scene 3</w:t>
      </w:r>
    </w:p>
    <w:p w14:paraId="04083397" w14:textId="1EF9A7B6" w:rsidR="00D42AA8" w:rsidRDefault="003B2B45" w:rsidP="00BD6ECE">
      <w:pPr>
        <w:pStyle w:val="ListNumber"/>
        <w:numPr>
          <w:ilvl w:val="0"/>
          <w:numId w:val="0"/>
        </w:numPr>
        <w:ind w:left="360"/>
      </w:pPr>
      <w:r>
        <w:t>1.  What do you learn of the political situation at this point in the play? Why do you think</w:t>
      </w:r>
      <w:r w:rsidR="00BD6ECE">
        <w:t xml:space="preserve"> </w:t>
      </w:r>
      <w:r>
        <w:t>this might be significant?</w:t>
      </w:r>
    </w:p>
    <w:p w14:paraId="78D4B0B0" w14:textId="411328FF" w:rsidR="00D42AA8" w:rsidRDefault="003B2B45" w:rsidP="00BE00E6">
      <w:pPr>
        <w:pStyle w:val="ListNumber"/>
        <w:numPr>
          <w:ilvl w:val="0"/>
          <w:numId w:val="0"/>
        </w:numPr>
        <w:ind w:left="360"/>
      </w:pPr>
      <w:r>
        <w:t xml:space="preserve">2.  Look closely at Othello’s speeches in defence of his marriage on lines 77 - 94 and </w:t>
      </w:r>
      <w:r>
        <w:t>129 to</w:t>
      </w:r>
      <w:r w:rsidR="00BE00E6">
        <w:t xml:space="preserve"> </w:t>
      </w:r>
      <w:r>
        <w:t>171:</w:t>
      </w:r>
    </w:p>
    <w:p w14:paraId="128B4BCC" w14:textId="77777777" w:rsidR="00D42AA8" w:rsidRDefault="003B2B45">
      <w:pPr>
        <w:pStyle w:val="ListBullet"/>
      </w:pPr>
      <w:r>
        <w:t>W</w:t>
      </w:r>
      <w:r>
        <w:t>hat tone does he use when addressing the Senate?</w:t>
      </w:r>
    </w:p>
    <w:p w14:paraId="424BEF5A" w14:textId="77777777" w:rsidR="00D42AA8" w:rsidRDefault="003B2B45">
      <w:pPr>
        <w:pStyle w:val="ListBullet"/>
      </w:pPr>
      <w:r>
        <w:t>What do you learn about his background and experiences?</w:t>
      </w:r>
    </w:p>
    <w:p w14:paraId="4AAABCE4" w14:textId="4156007E" w:rsidR="00D42AA8" w:rsidRDefault="003B2B45" w:rsidP="00BE00E6">
      <w:pPr>
        <w:pStyle w:val="ListBullet"/>
      </w:pPr>
      <w:r>
        <w:t>Do you think that there is a strong foundation for marriage based upon what Othello</w:t>
      </w:r>
      <w:r w:rsidR="00BE00E6">
        <w:t xml:space="preserve"> </w:t>
      </w:r>
      <w:r>
        <w:t>says? Why?</w:t>
      </w:r>
    </w:p>
    <w:p w14:paraId="64F79573" w14:textId="7507924F" w:rsidR="00D42AA8" w:rsidRDefault="003B2B45" w:rsidP="00BE00E6">
      <w:pPr>
        <w:pStyle w:val="ListNumber"/>
        <w:numPr>
          <w:ilvl w:val="0"/>
          <w:numId w:val="0"/>
        </w:numPr>
        <w:ind w:left="360"/>
      </w:pPr>
      <w:r>
        <w:t>3.  What is your impression of Brabantio and his relationship with his daughter in this scene?</w:t>
      </w:r>
      <w:r w:rsidR="00BE00E6">
        <w:t xml:space="preserve"> </w:t>
      </w:r>
      <w:r>
        <w:t>What insights do you gain about the context of the play?</w:t>
      </w:r>
    </w:p>
    <w:p w14:paraId="2866C81F" w14:textId="0989DD1E" w:rsidR="00D42AA8" w:rsidRDefault="003B2B45" w:rsidP="00BE00E6">
      <w:pPr>
        <w:pStyle w:val="ListNumber"/>
        <w:numPr>
          <w:ilvl w:val="0"/>
          <w:numId w:val="0"/>
        </w:numPr>
        <w:ind w:left="360"/>
      </w:pPr>
      <w:r>
        <w:t>4.  What do you learn about Desdemona’s character when she defends her choice of husband</w:t>
      </w:r>
      <w:r w:rsidR="00BE00E6">
        <w:t xml:space="preserve"> </w:t>
      </w:r>
      <w:r>
        <w:t xml:space="preserve">to her father and the </w:t>
      </w:r>
      <w:proofErr w:type="gramStart"/>
      <w:r>
        <w:t>Duke</w:t>
      </w:r>
      <w:proofErr w:type="gramEnd"/>
      <w:r>
        <w:t>?</w:t>
      </w:r>
    </w:p>
    <w:p w14:paraId="593F7D88" w14:textId="6DF7A273" w:rsidR="00D42AA8" w:rsidRDefault="003B2B45" w:rsidP="00BE00E6">
      <w:pPr>
        <w:pStyle w:val="ListNumber"/>
        <w:numPr>
          <w:ilvl w:val="0"/>
          <w:numId w:val="0"/>
        </w:numPr>
        <w:ind w:left="360"/>
      </w:pPr>
      <w:r>
        <w:t>5.  How far does Desdemona’s behaviour fit with Brabantio’s account of her as ‘A maiden</w:t>
      </w:r>
      <w:r w:rsidR="00BE00E6">
        <w:t xml:space="preserve"> </w:t>
      </w:r>
      <w:r>
        <w:t>never bold, /Of spirit so still and quiet that her motion / Blushed at herself’?</w:t>
      </w:r>
    </w:p>
    <w:p w14:paraId="1E6DE420" w14:textId="74FBC959" w:rsidR="00D42AA8" w:rsidRDefault="003B2B45" w:rsidP="00BE00E6">
      <w:pPr>
        <w:pStyle w:val="ListNumber"/>
        <w:numPr>
          <w:ilvl w:val="0"/>
          <w:numId w:val="0"/>
        </w:numPr>
        <w:ind w:left="360"/>
      </w:pPr>
      <w:r>
        <w:t xml:space="preserve">6.  Are you convinced by her actions and language </w:t>
      </w:r>
      <w:r>
        <w:t>that she genuinely loves Othello?  Do you</w:t>
      </w:r>
      <w:r w:rsidR="00BE00E6">
        <w:t xml:space="preserve"> </w:t>
      </w:r>
      <w:r>
        <w:t>think that the relationship is based on hero-worship?</w:t>
      </w:r>
    </w:p>
    <w:p w14:paraId="78D556B2" w14:textId="77777777" w:rsidR="00D42AA8" w:rsidRDefault="003B2B45" w:rsidP="00BE00E6">
      <w:pPr>
        <w:pStyle w:val="ListNumber"/>
        <w:numPr>
          <w:ilvl w:val="0"/>
          <w:numId w:val="0"/>
        </w:numPr>
        <w:ind w:left="360"/>
      </w:pPr>
      <w:r>
        <w:t>7</w:t>
      </w:r>
      <w:r>
        <w:t xml:space="preserve">.  What do you find interesting about the comments made by the </w:t>
      </w:r>
      <w:proofErr w:type="gramStart"/>
      <w:r>
        <w:t>Duke</w:t>
      </w:r>
      <w:proofErr w:type="gramEnd"/>
      <w:r>
        <w:t xml:space="preserve"> in this scene?</w:t>
      </w:r>
    </w:p>
    <w:p w14:paraId="2B6BD7E9" w14:textId="77777777" w:rsidR="00D42AA8" w:rsidRDefault="003B2B45" w:rsidP="00BE00E6">
      <w:pPr>
        <w:pStyle w:val="ListNumber"/>
        <w:numPr>
          <w:ilvl w:val="0"/>
          <w:numId w:val="0"/>
        </w:numPr>
        <w:ind w:left="360"/>
      </w:pPr>
      <w:r>
        <w:lastRenderedPageBreak/>
        <w:t>8.  Read the exchange between Iago and Roderigo from line 302:</w:t>
      </w:r>
    </w:p>
    <w:p w14:paraId="15E1D26C" w14:textId="42B6EEB1" w:rsidR="00D42AA8" w:rsidRDefault="003B2B45" w:rsidP="00BE00E6">
      <w:pPr>
        <w:pStyle w:val="ListBullet"/>
      </w:pPr>
      <w:r>
        <w:t>Roderigo is suffering from unrequited love and it seems that his prospects with</w:t>
      </w:r>
      <w:r w:rsidR="00BE00E6">
        <w:t xml:space="preserve"> </w:t>
      </w:r>
      <w:r>
        <w:t>Desdemona are hopeless. What arguments does Iago use to convince Roderigo to</w:t>
      </w:r>
      <w:r w:rsidR="00BE00E6">
        <w:t xml:space="preserve"> </w:t>
      </w:r>
      <w:r>
        <w:t>continue his pursuit of Desdemona?</w:t>
      </w:r>
    </w:p>
    <w:p w14:paraId="51D4FBF0" w14:textId="07C956B7" w:rsidR="00D42AA8" w:rsidRDefault="003B2B45" w:rsidP="00BE00E6">
      <w:pPr>
        <w:pStyle w:val="ListBullet"/>
      </w:pPr>
      <w:r>
        <w:t>W</w:t>
      </w:r>
      <w:r>
        <w:t>hat sort of language and imagery does Iago use when describing love, in particular</w:t>
      </w:r>
      <w:r w:rsidR="00BE00E6">
        <w:t xml:space="preserve"> </w:t>
      </w:r>
      <w:r>
        <w:t>the relationship between Othello and Desdemona?</w:t>
      </w:r>
    </w:p>
    <w:p w14:paraId="61D16A56" w14:textId="52BB622C" w:rsidR="00D42AA8" w:rsidRDefault="003B2B45" w:rsidP="00BE00E6">
      <w:pPr>
        <w:pStyle w:val="ListBullet"/>
      </w:pPr>
      <w:r>
        <w:t>W</w:t>
      </w:r>
      <w:r>
        <w:t>hat does Iago say is his motivation for making Othello into a cuckold? (This is the</w:t>
      </w:r>
      <w:r w:rsidR="00BE00E6">
        <w:t xml:space="preserve"> </w:t>
      </w:r>
      <w:r>
        <w:t>first reference in the play to cuckoldry which is a widespread theme in medieval and</w:t>
      </w:r>
      <w:r w:rsidR="00BE00E6">
        <w:t xml:space="preserve"> </w:t>
      </w:r>
      <w:r>
        <w:t>Renaissance English literature. Trace the development of this idea in the play, noting</w:t>
      </w:r>
      <w:r w:rsidR="00BE00E6">
        <w:t xml:space="preserve"> </w:t>
      </w:r>
      <w:r>
        <w:t>down key references and how the fear of this affects Othello’s actions in the play.)</w:t>
      </w:r>
    </w:p>
    <w:p w14:paraId="45312E46" w14:textId="3DFB1525" w:rsidR="00D42AA8" w:rsidRDefault="003B2B45" w:rsidP="00BE00E6">
      <w:pPr>
        <w:pStyle w:val="ListNumber"/>
        <w:numPr>
          <w:ilvl w:val="0"/>
          <w:numId w:val="0"/>
        </w:numPr>
        <w:ind w:left="360"/>
      </w:pPr>
      <w:r>
        <w:t>9.  Read Iago’s first soliloquy carefully. What does it reveal about his true character and the</w:t>
      </w:r>
      <w:r w:rsidR="00BE00E6">
        <w:t xml:space="preserve"> </w:t>
      </w:r>
      <w:r>
        <w:t xml:space="preserve">working out of </w:t>
      </w:r>
      <w:r>
        <w:t>his revenge plot against Othello?</w:t>
      </w:r>
    </w:p>
    <w:p w14:paraId="470B15BF" w14:textId="57E0642E" w:rsidR="00D42AA8" w:rsidRDefault="003B2B45">
      <w:r>
        <w:t>I</w:t>
      </w:r>
      <w:r>
        <w:t>n Act Two, the location shifts to Cyprus as a result of the impending threat of barbarism in the</w:t>
      </w:r>
      <w:r w:rsidR="006114E8">
        <w:t xml:space="preserve"> </w:t>
      </w:r>
      <w:r>
        <w:t>form of the Turkish fleet. This shift is significant in a number of ways and it is important to</w:t>
      </w:r>
      <w:r w:rsidR="006114E8">
        <w:t xml:space="preserve"> </w:t>
      </w:r>
      <w:r>
        <w:t xml:space="preserve">consider how the </w:t>
      </w:r>
      <w:proofErr w:type="spellStart"/>
      <w:r>
        <w:t>characterisation</w:t>
      </w:r>
      <w:proofErr w:type="spellEnd"/>
      <w:r>
        <w:t xml:space="preserve"> and plot development are affected by it. Note that Act Two</w:t>
      </w:r>
      <w:r w:rsidR="00BE00E6">
        <w:t xml:space="preserve"> </w:t>
      </w:r>
      <w:r>
        <w:t>begins with a storm; what might be the significance of this?</w:t>
      </w:r>
    </w:p>
    <w:p w14:paraId="1108DAC4" w14:textId="77777777" w:rsidR="00D42AA8" w:rsidRDefault="003B2B45">
      <w:pPr>
        <w:pStyle w:val="Heading2"/>
      </w:pPr>
      <w:r>
        <w:t>Act 2 Scene 1</w:t>
      </w:r>
    </w:p>
    <w:p w14:paraId="1BBD4C06" w14:textId="77777777" w:rsidR="00D42AA8" w:rsidRDefault="003B2B45" w:rsidP="00BE00E6">
      <w:pPr>
        <w:pStyle w:val="ListNumber"/>
        <w:numPr>
          <w:ilvl w:val="0"/>
          <w:numId w:val="0"/>
        </w:numPr>
        <w:ind w:left="360"/>
      </w:pPr>
      <w:r>
        <w:t>1.  What is the purpose of the discussion between Montano and the Gentlemen?</w:t>
      </w:r>
    </w:p>
    <w:p w14:paraId="481A4C35" w14:textId="77777777" w:rsidR="00D42AA8" w:rsidRDefault="003B2B45" w:rsidP="00BE00E6">
      <w:pPr>
        <w:pStyle w:val="ListNumber"/>
        <w:numPr>
          <w:ilvl w:val="0"/>
          <w:numId w:val="0"/>
        </w:numPr>
        <w:ind w:left="360"/>
      </w:pPr>
      <w:r>
        <w:t>2.  How is tension created at the beginning of the scene?</w:t>
      </w:r>
    </w:p>
    <w:p w14:paraId="33EA78C7" w14:textId="77777777" w:rsidR="00D42AA8" w:rsidRDefault="003B2B45" w:rsidP="00BE00E6">
      <w:pPr>
        <w:pStyle w:val="ListNumber"/>
        <w:numPr>
          <w:ilvl w:val="0"/>
          <w:numId w:val="0"/>
        </w:numPr>
        <w:ind w:left="360"/>
      </w:pPr>
      <w:r>
        <w:t>3.  What is Cassio’s opinion of Desdemona? How is this likely to help Iago in his plan?</w:t>
      </w:r>
    </w:p>
    <w:p w14:paraId="32CDD4EA" w14:textId="646BB044" w:rsidR="00D42AA8" w:rsidRDefault="003B2B45" w:rsidP="00BE00E6">
      <w:pPr>
        <w:pStyle w:val="ListNumber"/>
        <w:numPr>
          <w:ilvl w:val="0"/>
          <w:numId w:val="0"/>
        </w:numPr>
        <w:ind w:left="360"/>
      </w:pPr>
      <w:r>
        <w:t>4.  What is your impression of Iago from his conversation with Emilia and Desdemona from</w:t>
      </w:r>
      <w:r w:rsidR="00BE00E6">
        <w:t xml:space="preserve"> </w:t>
      </w:r>
      <w:r>
        <w:t>line 100? What is the point of the exchange between them?</w:t>
      </w:r>
    </w:p>
    <w:p w14:paraId="1D6DEEED" w14:textId="77777777" w:rsidR="00D42AA8" w:rsidRDefault="003B2B45" w:rsidP="00BE00E6">
      <w:pPr>
        <w:pStyle w:val="ListNumber"/>
        <w:numPr>
          <w:ilvl w:val="0"/>
          <w:numId w:val="0"/>
        </w:numPr>
        <w:ind w:left="360"/>
      </w:pPr>
      <w:r>
        <w:lastRenderedPageBreak/>
        <w:t>5</w:t>
      </w:r>
      <w:r>
        <w:t>.  Summarise Iago’s attitude towards women, as expressed in this scene.</w:t>
      </w:r>
    </w:p>
    <w:p w14:paraId="79A8B424" w14:textId="0D199761" w:rsidR="00D42AA8" w:rsidRDefault="003B2B45" w:rsidP="00BE00E6">
      <w:pPr>
        <w:pStyle w:val="ListNumber"/>
        <w:numPr>
          <w:ilvl w:val="0"/>
          <w:numId w:val="0"/>
        </w:numPr>
        <w:ind w:left="360"/>
      </w:pPr>
      <w:r>
        <w:t>6.  Othello arrives on line 179. What state of mind is he in and how does his use of language</w:t>
      </w:r>
      <w:r w:rsidR="00BE00E6">
        <w:t xml:space="preserve"> </w:t>
      </w:r>
      <w:r>
        <w:t>and imagery reflect this?</w:t>
      </w:r>
    </w:p>
    <w:p w14:paraId="5813BE0A" w14:textId="77777777" w:rsidR="00D42AA8" w:rsidRDefault="003B2B45" w:rsidP="00BE00E6">
      <w:pPr>
        <w:pStyle w:val="ListNumber"/>
        <w:numPr>
          <w:ilvl w:val="0"/>
          <w:numId w:val="0"/>
        </w:numPr>
        <w:ind w:left="360"/>
      </w:pPr>
      <w:r>
        <w:t>7</w:t>
      </w:r>
      <w:r>
        <w:t>.  Look closely at the exchange between Iago and Roderigo between lines 212 to 283:</w:t>
      </w:r>
    </w:p>
    <w:p w14:paraId="107092AE" w14:textId="7B3C5CB9" w:rsidR="00D42AA8" w:rsidRDefault="003B2B45" w:rsidP="00BE00E6">
      <w:pPr>
        <w:pStyle w:val="ListBullet"/>
      </w:pPr>
      <w:r>
        <w:t>How does Iago convince Roderigo that Desdemona is in love with Cassio? What is his</w:t>
      </w:r>
      <w:r w:rsidR="00BE00E6">
        <w:t xml:space="preserve"> </w:t>
      </w:r>
      <w:r>
        <w:t>view of the relationship between Desdemona and Othello?</w:t>
      </w:r>
    </w:p>
    <w:p w14:paraId="2C85B956" w14:textId="77777777" w:rsidR="00D42AA8" w:rsidRDefault="003B2B45">
      <w:pPr>
        <w:pStyle w:val="ListBullet"/>
      </w:pPr>
      <w:r>
        <w:t>Why do you think that he is able to manipulate Roderigo so successfully?</w:t>
      </w:r>
    </w:p>
    <w:p w14:paraId="75F1DC03" w14:textId="7C1B0E8A" w:rsidR="00D42AA8" w:rsidRDefault="003B2B45" w:rsidP="00BE00E6">
      <w:pPr>
        <w:pStyle w:val="ListNumber"/>
        <w:numPr>
          <w:ilvl w:val="0"/>
          <w:numId w:val="0"/>
        </w:numPr>
        <w:ind w:left="360"/>
      </w:pPr>
      <w:r>
        <w:t>8.  Read Iago’s second soliloquy carefully. How has his revenge plot developed further by</w:t>
      </w:r>
      <w:r w:rsidR="00BE00E6">
        <w:t xml:space="preserve"> </w:t>
      </w:r>
      <w:r>
        <w:t>this point in the play?</w:t>
      </w:r>
    </w:p>
    <w:p w14:paraId="5A925600" w14:textId="77777777" w:rsidR="00D42AA8" w:rsidRDefault="003B2B45">
      <w:pPr>
        <w:pStyle w:val="Heading2"/>
      </w:pPr>
      <w:r>
        <w:t>A</w:t>
      </w:r>
      <w:r>
        <w:t>ct 2 Scene 2</w:t>
      </w:r>
    </w:p>
    <w:p w14:paraId="28F85331" w14:textId="51119C55" w:rsidR="00D42AA8" w:rsidRDefault="003B2B45" w:rsidP="00BE00E6">
      <w:pPr>
        <w:pStyle w:val="ListNumber"/>
        <w:numPr>
          <w:ilvl w:val="0"/>
          <w:numId w:val="0"/>
        </w:numPr>
        <w:ind w:left="360"/>
      </w:pPr>
      <w:r>
        <w:t>1.  A herald proclaims ‘the celebration of [the] nuptial’ of Othello and Desdemona. What is</w:t>
      </w:r>
      <w:r w:rsidR="00BE00E6">
        <w:t xml:space="preserve"> </w:t>
      </w:r>
      <w:r>
        <w:t>your impression of Othello as Governor of Cyprus from the Herald’s announcement?</w:t>
      </w:r>
    </w:p>
    <w:p w14:paraId="599C40D0" w14:textId="77777777" w:rsidR="00D42AA8" w:rsidRDefault="003B2B45">
      <w:pPr>
        <w:pStyle w:val="Heading2"/>
      </w:pPr>
      <w:r>
        <w:t>A</w:t>
      </w:r>
      <w:r>
        <w:t>ct 2 Scene 3</w:t>
      </w:r>
    </w:p>
    <w:p w14:paraId="5A6F4660" w14:textId="77777777" w:rsidR="00D42AA8" w:rsidRDefault="003B2B45" w:rsidP="00BE00E6">
      <w:pPr>
        <w:pStyle w:val="ListNumber"/>
        <w:numPr>
          <w:ilvl w:val="0"/>
          <w:numId w:val="0"/>
        </w:numPr>
        <w:ind w:left="360"/>
      </w:pPr>
      <w:r>
        <w:t xml:space="preserve">1.  Comment on the contrasting opinions of Desdemona expressed by Iago and </w:t>
      </w:r>
      <w:r>
        <w:t>Cassio.</w:t>
      </w:r>
    </w:p>
    <w:p w14:paraId="79EBB068" w14:textId="77777777" w:rsidR="00D42AA8" w:rsidRDefault="003B2B45" w:rsidP="00BE00E6">
      <w:pPr>
        <w:pStyle w:val="ListNumber"/>
        <w:numPr>
          <w:ilvl w:val="0"/>
          <w:numId w:val="0"/>
        </w:numPr>
        <w:ind w:left="360"/>
      </w:pPr>
      <w:r>
        <w:t>2.  How does this scene reveal the working out of Iago’s plan?</w:t>
      </w:r>
    </w:p>
    <w:p w14:paraId="61DB7652" w14:textId="77777777" w:rsidR="00D42AA8" w:rsidRDefault="003B2B45" w:rsidP="00BE00E6">
      <w:pPr>
        <w:pStyle w:val="ListNumber"/>
        <w:numPr>
          <w:ilvl w:val="0"/>
          <w:numId w:val="0"/>
        </w:numPr>
        <w:ind w:left="360"/>
      </w:pPr>
      <w:r>
        <w:t>3.  What change do you notice in Othello’s speech in lines 186 to 192?</w:t>
      </w:r>
    </w:p>
    <w:p w14:paraId="3B572166" w14:textId="77777777" w:rsidR="00D42AA8" w:rsidRDefault="003B2B45" w:rsidP="00BE00E6">
      <w:pPr>
        <w:pStyle w:val="ListNumber"/>
        <w:numPr>
          <w:ilvl w:val="0"/>
          <w:numId w:val="0"/>
        </w:numPr>
        <w:ind w:left="360"/>
      </w:pPr>
      <w:r>
        <w:t>4.  Cassio shows how distraught he is at his demotion when he says:</w:t>
      </w:r>
    </w:p>
    <w:p w14:paraId="18A91854" w14:textId="77777777" w:rsidR="00D42AA8" w:rsidRPr="00BD6ECE" w:rsidRDefault="003B2B45">
      <w:pPr>
        <w:rPr>
          <w:i/>
          <w:iCs/>
        </w:rPr>
      </w:pPr>
      <w:r w:rsidRPr="00BD6ECE">
        <w:rPr>
          <w:i/>
          <w:iCs/>
        </w:rPr>
        <w:t>‘I have lost the immortal part of myself, and what remains is bestial.’</w:t>
      </w:r>
    </w:p>
    <w:p w14:paraId="2A1712ED" w14:textId="77777777" w:rsidR="00D42AA8" w:rsidRDefault="003B2B45">
      <w:r>
        <w:t>How is this imagery continued throughout the rest of the conversation?</w:t>
      </w:r>
    </w:p>
    <w:p w14:paraId="523DE1B8" w14:textId="77777777" w:rsidR="00D42AA8" w:rsidRDefault="003B2B45" w:rsidP="00BE00E6">
      <w:pPr>
        <w:pStyle w:val="ListNumber"/>
        <w:numPr>
          <w:ilvl w:val="0"/>
          <w:numId w:val="0"/>
        </w:numPr>
        <w:ind w:left="360"/>
      </w:pPr>
      <w:r>
        <w:t>5.  How does Iago intend to use Desdemona in his plan?</w:t>
      </w:r>
    </w:p>
    <w:p w14:paraId="17E78364" w14:textId="4CC566D9" w:rsidR="00D42AA8" w:rsidRDefault="003B2B45" w:rsidP="00BE00E6">
      <w:pPr>
        <w:pStyle w:val="ListNumber"/>
        <w:numPr>
          <w:ilvl w:val="0"/>
          <w:numId w:val="0"/>
        </w:numPr>
        <w:ind w:left="360"/>
      </w:pPr>
      <w:r>
        <w:t>6.  Read Iago’s speech on lines 308 to 320 and summarise the plan that has been conceived</w:t>
      </w:r>
      <w:r w:rsidR="00BE00E6">
        <w:t xml:space="preserve"> </w:t>
      </w:r>
      <w:r>
        <w:t xml:space="preserve">by the end </w:t>
      </w:r>
      <w:r>
        <w:t>of this speech.</w:t>
      </w:r>
    </w:p>
    <w:p w14:paraId="2A17AE1B" w14:textId="77A40955" w:rsidR="006114E8" w:rsidRDefault="003B2B45" w:rsidP="006114E8">
      <w:r>
        <w:t>Iago’s language is full of recurring images. Key images include references to:</w:t>
      </w:r>
      <w:r w:rsidR="00BE00E6">
        <w:t xml:space="preserve"> </w:t>
      </w:r>
    </w:p>
    <w:p w14:paraId="53F5A3FE" w14:textId="5961E64D" w:rsidR="00D42AA8" w:rsidRDefault="003B2B45" w:rsidP="00BE00E6">
      <w:pPr>
        <w:pStyle w:val="ListBullet"/>
      </w:pPr>
      <w:r>
        <w:t>a</w:t>
      </w:r>
      <w:r>
        <w:t>nimals</w:t>
      </w:r>
    </w:p>
    <w:p w14:paraId="11A121A4" w14:textId="77777777" w:rsidR="00D42AA8" w:rsidRDefault="003B2B45">
      <w:pPr>
        <w:pStyle w:val="ListBullet"/>
      </w:pPr>
      <w:r>
        <w:t>black and white</w:t>
      </w:r>
    </w:p>
    <w:p w14:paraId="6C59DAE0" w14:textId="77777777" w:rsidR="00D42AA8" w:rsidRDefault="003B2B45">
      <w:pPr>
        <w:pStyle w:val="ListBullet"/>
      </w:pPr>
      <w:r>
        <w:t>poison and torture</w:t>
      </w:r>
    </w:p>
    <w:p w14:paraId="4E2EBA96" w14:textId="77777777" w:rsidR="00D42AA8" w:rsidRDefault="003B2B45">
      <w:pPr>
        <w:pStyle w:val="ListBullet"/>
      </w:pPr>
      <w:proofErr w:type="gramStart"/>
      <w:r>
        <w:t>hell</w:t>
      </w:r>
      <w:proofErr w:type="gramEnd"/>
      <w:r>
        <w:t xml:space="preserve"> and the devil</w:t>
      </w:r>
    </w:p>
    <w:p w14:paraId="449F451C" w14:textId="5ECAF07A" w:rsidR="00284CD1" w:rsidRDefault="003B2B45" w:rsidP="00284CD1">
      <w:pPr>
        <w:pStyle w:val="ListBullet"/>
      </w:pPr>
      <w:r>
        <w:t>appearance and reality</w:t>
      </w:r>
    </w:p>
    <w:p w14:paraId="03A5675B" w14:textId="7F3844AA" w:rsidR="003C6D93" w:rsidRDefault="003B2B45" w:rsidP="00BD6ECE">
      <w:r>
        <w:t>Find key images used by Iago and analyse the effect of the image and what it reveals about his</w:t>
      </w:r>
      <w:r w:rsidR="00BE00E6">
        <w:t xml:space="preserve"> </w:t>
      </w:r>
      <w:r>
        <w:t>state of mind. Here’s an example:</w:t>
      </w:r>
    </w:p>
    <w:tbl>
      <w:tblPr>
        <w:tblStyle w:val="TableGrid"/>
        <w:tblpPr w:leftFromText="180" w:rightFromText="180" w:vertAnchor="page" w:horzAnchor="margin" w:tblpXSpec="center" w:tblpY="1403"/>
        <w:tblW w:w="9872" w:type="dxa"/>
        <w:tblLook w:val="04A0" w:firstRow="1" w:lastRow="0" w:firstColumn="1" w:lastColumn="0" w:noHBand="0" w:noVBand="1"/>
      </w:tblPr>
      <w:tblGrid>
        <w:gridCol w:w="1804"/>
        <w:gridCol w:w="8068"/>
      </w:tblGrid>
      <w:tr w:rsidR="003B2B45" w14:paraId="14DE5DEB" w14:textId="77777777" w:rsidTr="003B2B45">
        <w:trPr>
          <w:trHeight w:val="385"/>
        </w:trPr>
        <w:tc>
          <w:tcPr>
            <w:tcW w:w="0" w:type="auto"/>
          </w:tcPr>
          <w:p w14:paraId="7B566511" w14:textId="77777777" w:rsidR="003B2B45" w:rsidRDefault="003B2B45" w:rsidP="003B2B45">
            <w:r>
              <w:t>Quotation</w:t>
            </w:r>
          </w:p>
          <w:p w14:paraId="3C7030A4" w14:textId="77777777" w:rsidR="003B2B45" w:rsidRDefault="003B2B45" w:rsidP="003B2B45"/>
        </w:tc>
        <w:tc>
          <w:tcPr>
            <w:tcW w:w="0" w:type="auto"/>
          </w:tcPr>
          <w:p w14:paraId="3706D9F9" w14:textId="77777777" w:rsidR="003B2B45" w:rsidRDefault="003B2B45" w:rsidP="003B2B45">
            <w:r>
              <w:t>Analysis</w:t>
            </w:r>
          </w:p>
          <w:p w14:paraId="1CE4E97F" w14:textId="77777777" w:rsidR="003B2B45" w:rsidRDefault="003B2B45" w:rsidP="003B2B45"/>
        </w:tc>
      </w:tr>
      <w:tr w:rsidR="003B2B45" w14:paraId="4E421097" w14:textId="77777777" w:rsidTr="003B2B45">
        <w:trPr>
          <w:trHeight w:val="3575"/>
        </w:trPr>
        <w:tc>
          <w:tcPr>
            <w:tcW w:w="0" w:type="auto"/>
          </w:tcPr>
          <w:p w14:paraId="31C5BD5D" w14:textId="77777777" w:rsidR="003B2B45" w:rsidRDefault="003B2B45" w:rsidP="003B2B45">
            <w:r>
              <w:t>‘</w:t>
            </w:r>
            <w:proofErr w:type="gramStart"/>
            <w:r>
              <w:t>an</w:t>
            </w:r>
            <w:proofErr w:type="gramEnd"/>
            <w:r>
              <w:t xml:space="preserve"> old black ram is tupping your white ewe.’</w:t>
            </w:r>
          </w:p>
          <w:p w14:paraId="09FE6D15" w14:textId="77777777" w:rsidR="003B2B45" w:rsidRDefault="003B2B45" w:rsidP="003B2B45"/>
        </w:tc>
        <w:tc>
          <w:tcPr>
            <w:tcW w:w="0" w:type="auto"/>
          </w:tcPr>
          <w:p w14:paraId="00AB7F5F" w14:textId="77777777" w:rsidR="003B2B45" w:rsidRDefault="003B2B45" w:rsidP="003B2B45">
            <w:r>
              <w:t>In this image Iago describes sex as a bestial act. He uses the image of black and white animals copulating in order to highlight the ‘unnatural’ choice that Desdemona has made in Othello. The fact that a white ewe is used to represent Desdemona highlights her innocence and implies that it has now been lost as a result of this animalistic act.  He uses this image in order to incite Brabantio to anger and his use of the plosive ‘t’ and ‘p’ sounds in the word ‘tupping’ highlights his contempt.  (Note that Othello and Desdemona have not consummated their marriage before their arrival in Cyprus and that Iago shows an unnatural interest in their sex life.) In Act Three, Iago’s manipulation of Othello begins to take a hold on him and we see a gradual breakdown in his character and language.</w:t>
            </w:r>
          </w:p>
        </w:tc>
      </w:tr>
      <w:tr w:rsidR="003B2B45" w14:paraId="17020845" w14:textId="77777777" w:rsidTr="003B2B45">
        <w:trPr>
          <w:trHeight w:val="196"/>
        </w:trPr>
        <w:tc>
          <w:tcPr>
            <w:tcW w:w="0" w:type="auto"/>
          </w:tcPr>
          <w:p w14:paraId="578349B8" w14:textId="77777777" w:rsidR="003B2B45" w:rsidRDefault="003B2B45" w:rsidP="003B2B45"/>
        </w:tc>
        <w:tc>
          <w:tcPr>
            <w:tcW w:w="0" w:type="auto"/>
          </w:tcPr>
          <w:p w14:paraId="62B00D7B" w14:textId="77777777" w:rsidR="003B2B45" w:rsidRDefault="003B2B45" w:rsidP="003B2B45"/>
        </w:tc>
      </w:tr>
      <w:tr w:rsidR="003B2B45" w14:paraId="0CAE2578" w14:textId="77777777" w:rsidTr="003B2B45">
        <w:trPr>
          <w:trHeight w:val="196"/>
        </w:trPr>
        <w:tc>
          <w:tcPr>
            <w:tcW w:w="0" w:type="auto"/>
          </w:tcPr>
          <w:p w14:paraId="4403F7B6" w14:textId="77777777" w:rsidR="003B2B45" w:rsidRDefault="003B2B45" w:rsidP="003B2B45"/>
        </w:tc>
        <w:tc>
          <w:tcPr>
            <w:tcW w:w="0" w:type="auto"/>
          </w:tcPr>
          <w:p w14:paraId="6742E73E" w14:textId="77777777" w:rsidR="003B2B45" w:rsidRDefault="003B2B45" w:rsidP="003B2B45"/>
        </w:tc>
      </w:tr>
      <w:tr w:rsidR="003B2B45" w14:paraId="642B9C3B" w14:textId="77777777" w:rsidTr="003B2B45">
        <w:trPr>
          <w:trHeight w:val="196"/>
        </w:trPr>
        <w:tc>
          <w:tcPr>
            <w:tcW w:w="0" w:type="auto"/>
          </w:tcPr>
          <w:p w14:paraId="0FE02E4F" w14:textId="77777777" w:rsidR="003B2B45" w:rsidRDefault="003B2B45" w:rsidP="003B2B45"/>
        </w:tc>
        <w:tc>
          <w:tcPr>
            <w:tcW w:w="0" w:type="auto"/>
          </w:tcPr>
          <w:p w14:paraId="265D4BA4" w14:textId="77777777" w:rsidR="003B2B45" w:rsidRDefault="003B2B45" w:rsidP="003B2B45"/>
        </w:tc>
      </w:tr>
      <w:tr w:rsidR="003B2B45" w14:paraId="418885F8" w14:textId="77777777" w:rsidTr="003B2B45">
        <w:trPr>
          <w:trHeight w:val="196"/>
        </w:trPr>
        <w:tc>
          <w:tcPr>
            <w:tcW w:w="0" w:type="auto"/>
          </w:tcPr>
          <w:p w14:paraId="78157279" w14:textId="77777777" w:rsidR="003B2B45" w:rsidRDefault="003B2B45" w:rsidP="003B2B45"/>
        </w:tc>
        <w:tc>
          <w:tcPr>
            <w:tcW w:w="0" w:type="auto"/>
          </w:tcPr>
          <w:p w14:paraId="69D59380" w14:textId="77777777" w:rsidR="003B2B45" w:rsidRDefault="003B2B45" w:rsidP="003B2B45"/>
        </w:tc>
      </w:tr>
    </w:tbl>
    <w:p w14:paraId="2D3A6F25" w14:textId="35C6A566" w:rsidR="003C6D93" w:rsidRPr="003C6D93" w:rsidRDefault="003B2B45" w:rsidP="003C6D93">
      <w:pPr>
        <w:pStyle w:val="Heading2"/>
      </w:pPr>
      <w:r>
        <w:t>Act 3 Scene 3</w:t>
      </w:r>
      <w:proofErr w:type="gramStart"/>
      <w:r>
        <w:t>:  ‘</w:t>
      </w:r>
      <w:proofErr w:type="gramEnd"/>
      <w:r>
        <w:t>The temptation scene’</w:t>
      </w:r>
    </w:p>
    <w:p w14:paraId="116BB02E" w14:textId="6735702E" w:rsidR="00D42AA8" w:rsidRDefault="003B2B45">
      <w:r>
        <w:t>l</w:t>
      </w:r>
      <w:r>
        <w:t>ines 1 - 89</w:t>
      </w:r>
    </w:p>
    <w:p w14:paraId="582E2BE2" w14:textId="198E6959" w:rsidR="00D42AA8" w:rsidRDefault="003B2B45" w:rsidP="00BE00E6">
      <w:pPr>
        <w:pStyle w:val="ListNumber"/>
        <w:numPr>
          <w:ilvl w:val="0"/>
          <w:numId w:val="0"/>
        </w:numPr>
        <w:ind w:left="360"/>
      </w:pPr>
      <w:r>
        <w:t>1.  What promise does Desdemona make to Cassio around line 23? What is the significance</w:t>
      </w:r>
      <w:r w:rsidR="00BE00E6">
        <w:t xml:space="preserve"> </w:t>
      </w:r>
      <w:r>
        <w:t>of this promise?</w:t>
      </w:r>
    </w:p>
    <w:p w14:paraId="54F58352" w14:textId="5DA29D7B" w:rsidR="00D42AA8" w:rsidRDefault="003B2B45" w:rsidP="00BE00E6">
      <w:pPr>
        <w:pStyle w:val="ListNumber"/>
        <w:numPr>
          <w:ilvl w:val="0"/>
          <w:numId w:val="0"/>
        </w:numPr>
        <w:ind w:left="360"/>
      </w:pPr>
      <w:r>
        <w:t>2.  How does Cassio unwittingly play into Iago’s hands? How does Iago try to exploit his</w:t>
      </w:r>
      <w:r w:rsidR="00BE00E6">
        <w:t xml:space="preserve"> </w:t>
      </w:r>
      <w:r>
        <w:t>actions?</w:t>
      </w:r>
    </w:p>
    <w:p w14:paraId="630777BE" w14:textId="50F225C6" w:rsidR="00D42AA8" w:rsidRDefault="003B2B45" w:rsidP="00BE00E6">
      <w:pPr>
        <w:pStyle w:val="ListNumber"/>
        <w:numPr>
          <w:ilvl w:val="0"/>
          <w:numId w:val="0"/>
        </w:numPr>
        <w:ind w:left="360"/>
      </w:pPr>
      <w:r>
        <w:t>3.  Comment on the conversation between Desdemona and Othello from line 40. How does</w:t>
      </w:r>
      <w:r w:rsidR="00BE00E6">
        <w:t xml:space="preserve"> </w:t>
      </w:r>
      <w:r>
        <w:t>she contribute to her own downfall in this scene?</w:t>
      </w:r>
    </w:p>
    <w:p w14:paraId="344F044F" w14:textId="7BCB6234" w:rsidR="00D42AA8" w:rsidRDefault="003B2B45">
      <w:r>
        <w:t>lines 90 – 195</w:t>
      </w:r>
    </w:p>
    <w:p w14:paraId="56650837" w14:textId="77777777" w:rsidR="00D42AA8" w:rsidRDefault="003B2B45" w:rsidP="00BE00E6">
      <w:pPr>
        <w:pStyle w:val="ListNumber"/>
        <w:numPr>
          <w:ilvl w:val="0"/>
          <w:numId w:val="0"/>
        </w:numPr>
        <w:ind w:left="360"/>
      </w:pPr>
      <w:r>
        <w:t xml:space="preserve">1.  </w:t>
      </w:r>
      <w:r>
        <w:t>How does Iago win Othello’s trust and arouse his suspicion?</w:t>
      </w:r>
    </w:p>
    <w:p w14:paraId="7835C48D" w14:textId="00AD3154" w:rsidR="00D42AA8" w:rsidRDefault="003B2B45" w:rsidP="00BE00E6">
      <w:pPr>
        <w:pStyle w:val="ListNumber"/>
        <w:numPr>
          <w:ilvl w:val="0"/>
          <w:numId w:val="0"/>
        </w:numPr>
        <w:ind w:left="360"/>
      </w:pPr>
      <w:r>
        <w:t>2.  What is the significance of Iago’s comments about reputation and how do they compare</w:t>
      </w:r>
      <w:r w:rsidR="00BE00E6">
        <w:t xml:space="preserve"> </w:t>
      </w:r>
      <w:r>
        <w:t>with his words to Cassio earlier in the play?</w:t>
      </w:r>
    </w:p>
    <w:p w14:paraId="41C255BA" w14:textId="77777777" w:rsidR="00D42AA8" w:rsidRDefault="003B2B45" w:rsidP="00BE00E6">
      <w:pPr>
        <w:pStyle w:val="ListNumber"/>
        <w:numPr>
          <w:ilvl w:val="0"/>
          <w:numId w:val="0"/>
        </w:numPr>
        <w:ind w:left="360"/>
      </w:pPr>
      <w:r>
        <w:t>3</w:t>
      </w:r>
      <w:r>
        <w:t>.  What is the significance of Iago’s warning about ‘the green-eyed monster’?</w:t>
      </w:r>
    </w:p>
    <w:p w14:paraId="575F87D3" w14:textId="77777777" w:rsidR="00D42AA8" w:rsidRDefault="003B2B45" w:rsidP="00BE00E6">
      <w:pPr>
        <w:pStyle w:val="ListNumber"/>
        <w:numPr>
          <w:ilvl w:val="0"/>
          <w:numId w:val="0"/>
        </w:numPr>
        <w:ind w:left="360"/>
      </w:pPr>
      <w:r>
        <w:t>4.  What is Othello’s response and how does this play into Iago’s hands?</w:t>
      </w:r>
    </w:p>
    <w:p w14:paraId="06EA9FE5" w14:textId="617569FB" w:rsidR="00D42AA8" w:rsidRDefault="003B2B45">
      <w:r>
        <w:t>lines 196 – 279</w:t>
      </w:r>
    </w:p>
    <w:p w14:paraId="3A4A955E" w14:textId="07C0E153" w:rsidR="00D42AA8" w:rsidRDefault="003B2B45" w:rsidP="00BE00E6">
      <w:pPr>
        <w:pStyle w:val="ListNumber"/>
        <w:numPr>
          <w:ilvl w:val="0"/>
          <w:numId w:val="0"/>
        </w:numPr>
        <w:ind w:left="360"/>
      </w:pPr>
      <w:r>
        <w:t>1.  What do you think is the purpose of Iago’s remark, ‘In Venice they do let God see the</w:t>
      </w:r>
      <w:r w:rsidR="00BE00E6">
        <w:t xml:space="preserve"> </w:t>
      </w:r>
      <w:r>
        <w:t>pranks / They dare not show their husbands’?</w:t>
      </w:r>
    </w:p>
    <w:p w14:paraId="5A50F9E9" w14:textId="77777777" w:rsidR="00D42AA8" w:rsidRDefault="003B2B45" w:rsidP="00BE00E6">
      <w:pPr>
        <w:pStyle w:val="ListNumber"/>
        <w:numPr>
          <w:ilvl w:val="0"/>
          <w:numId w:val="0"/>
        </w:numPr>
        <w:ind w:left="360"/>
      </w:pPr>
      <w:r>
        <w:t>2</w:t>
      </w:r>
      <w:r>
        <w:t xml:space="preserve">.  How does Iago convince Othello that he has his </w:t>
      </w:r>
      <w:proofErr w:type="gramStart"/>
      <w:r>
        <w:t>General’s</w:t>
      </w:r>
      <w:proofErr w:type="gramEnd"/>
      <w:r>
        <w:t xml:space="preserve"> interests at heart?</w:t>
      </w:r>
    </w:p>
    <w:p w14:paraId="0A114633" w14:textId="0BCC7DBB" w:rsidR="00D42AA8" w:rsidRDefault="003B2B45" w:rsidP="00BE00E6">
      <w:pPr>
        <w:pStyle w:val="ListNumber"/>
        <w:numPr>
          <w:ilvl w:val="0"/>
          <w:numId w:val="0"/>
        </w:numPr>
        <w:ind w:left="360"/>
      </w:pPr>
      <w:r>
        <w:t>3.  Othello refers to Desdemona’s marrying him as ‘nature erring from itself.’ What is the</w:t>
      </w:r>
      <w:r w:rsidR="00BE00E6">
        <w:t xml:space="preserve"> </w:t>
      </w:r>
      <w:r>
        <w:t>significance of the remark, taking into account the attitudes of other characters?</w:t>
      </w:r>
    </w:p>
    <w:p w14:paraId="53BEBA2A" w14:textId="77777777" w:rsidR="00D42AA8" w:rsidRDefault="003B2B45" w:rsidP="00BE00E6">
      <w:pPr>
        <w:pStyle w:val="ListNumber"/>
        <w:numPr>
          <w:ilvl w:val="0"/>
          <w:numId w:val="0"/>
        </w:numPr>
        <w:ind w:left="360"/>
      </w:pPr>
      <w:r>
        <w:t>4</w:t>
      </w:r>
      <w:r>
        <w:t>.  Find a quotation which best sums up Othello’s state of mind at this point in the play.</w:t>
      </w:r>
    </w:p>
    <w:p w14:paraId="1F1665F0" w14:textId="034BE6C9" w:rsidR="00D42AA8" w:rsidRDefault="003B2B45" w:rsidP="00BE00E6">
      <w:pPr>
        <w:pStyle w:val="ListNumber"/>
        <w:numPr>
          <w:ilvl w:val="0"/>
          <w:numId w:val="0"/>
        </w:numPr>
        <w:ind w:left="360"/>
      </w:pPr>
      <w:r>
        <w:t>5.  What do you notice about the timing of Iago’s exit and return in this part of the</w:t>
      </w:r>
      <w:r w:rsidR="00BE00E6">
        <w:t xml:space="preserve"> </w:t>
      </w:r>
      <w:r>
        <w:t>scene?</w:t>
      </w:r>
    </w:p>
    <w:p w14:paraId="39516195" w14:textId="061E92B5" w:rsidR="00D42AA8" w:rsidRDefault="003B2B45">
      <w:r>
        <w:t>lines 280 – 332</w:t>
      </w:r>
    </w:p>
    <w:p w14:paraId="24F2B4B7" w14:textId="301CECEF" w:rsidR="00D42AA8" w:rsidRDefault="003B2B45" w:rsidP="00BE00E6">
      <w:pPr>
        <w:pStyle w:val="ListNumber"/>
        <w:numPr>
          <w:ilvl w:val="0"/>
          <w:numId w:val="0"/>
        </w:numPr>
        <w:ind w:left="360"/>
      </w:pPr>
      <w:r>
        <w:t>1.  What is the effect upon Othello of Desdemona’s return on line 280? How does this fit</w:t>
      </w:r>
      <w:r w:rsidR="00BE00E6">
        <w:t xml:space="preserve"> </w:t>
      </w:r>
      <w:r>
        <w:t>with his earlier feelings?</w:t>
      </w:r>
    </w:p>
    <w:p w14:paraId="6D8417A3" w14:textId="683B2DDC" w:rsidR="00D42AA8" w:rsidRDefault="003B2B45" w:rsidP="00BE00E6">
      <w:pPr>
        <w:pStyle w:val="ListNumber"/>
        <w:numPr>
          <w:ilvl w:val="0"/>
          <w:numId w:val="0"/>
        </w:numPr>
        <w:ind w:left="360"/>
      </w:pPr>
      <w:r>
        <w:t>2.  Comment on the meeting between Othello and Desdemona. How have things changed</w:t>
      </w:r>
      <w:r w:rsidR="00BE00E6">
        <w:t xml:space="preserve"> </w:t>
      </w:r>
      <w:r>
        <w:t>between them?</w:t>
      </w:r>
    </w:p>
    <w:p w14:paraId="7F8BC74A" w14:textId="77777777" w:rsidR="00D42AA8" w:rsidRDefault="003B2B45" w:rsidP="00BE00E6">
      <w:pPr>
        <w:pStyle w:val="ListNumber"/>
        <w:numPr>
          <w:ilvl w:val="0"/>
          <w:numId w:val="0"/>
        </w:numPr>
        <w:ind w:left="360"/>
      </w:pPr>
      <w:r>
        <w:t>3</w:t>
      </w:r>
      <w:r>
        <w:t>.  What do you learn about the relationship between Iago and Emilia?</w:t>
      </w:r>
    </w:p>
    <w:p w14:paraId="3069647C" w14:textId="77777777" w:rsidR="00D42AA8" w:rsidRDefault="003B2B45" w:rsidP="00BE00E6">
      <w:pPr>
        <w:pStyle w:val="ListNumber"/>
        <w:numPr>
          <w:ilvl w:val="0"/>
          <w:numId w:val="0"/>
        </w:numPr>
        <w:ind w:left="360"/>
      </w:pPr>
      <w:r>
        <w:t>4.  How does Iago intend to use Desdemona’s handkerchief in his plan?</w:t>
      </w:r>
    </w:p>
    <w:p w14:paraId="5640B399" w14:textId="415B4FA0" w:rsidR="00D42AA8" w:rsidRDefault="003B2B45">
      <w:r>
        <w:t>lines 332 – 480</w:t>
      </w:r>
    </w:p>
    <w:p w14:paraId="54CFC668" w14:textId="1ACB9930" w:rsidR="00D42AA8" w:rsidRDefault="003B2B45" w:rsidP="00BE00E6">
      <w:pPr>
        <w:pStyle w:val="ListNumber"/>
        <w:numPr>
          <w:ilvl w:val="0"/>
          <w:numId w:val="0"/>
        </w:numPr>
        <w:ind w:left="360"/>
      </w:pPr>
      <w:r>
        <w:t>1.  How has Othello changed by this point in the play? Consider the speech that he makes</w:t>
      </w:r>
      <w:r w:rsidR="00BE00E6">
        <w:t xml:space="preserve"> </w:t>
      </w:r>
      <w:r>
        <w:t>on lines 348- 360.</w:t>
      </w:r>
    </w:p>
    <w:p w14:paraId="41FB78AB" w14:textId="77777777" w:rsidR="00D42AA8" w:rsidRDefault="003B2B45" w:rsidP="00BE00E6">
      <w:pPr>
        <w:pStyle w:val="ListNumber"/>
        <w:numPr>
          <w:ilvl w:val="0"/>
          <w:numId w:val="0"/>
        </w:numPr>
        <w:ind w:left="360"/>
      </w:pPr>
      <w:r>
        <w:t>2</w:t>
      </w:r>
      <w:r>
        <w:t>.  How does Othello react towards Iago after this speech?</w:t>
      </w:r>
    </w:p>
    <w:p w14:paraId="67511FBF" w14:textId="77777777" w:rsidR="00D42AA8" w:rsidRDefault="003B2B45" w:rsidP="00BE00E6">
      <w:pPr>
        <w:pStyle w:val="ListNumber"/>
        <w:numPr>
          <w:ilvl w:val="0"/>
          <w:numId w:val="0"/>
        </w:numPr>
        <w:ind w:left="360"/>
      </w:pPr>
      <w:r>
        <w:t xml:space="preserve">3.  </w:t>
      </w:r>
      <w:r>
        <w:t>How does Iago turn the situation to his advantage?</w:t>
      </w:r>
    </w:p>
    <w:p w14:paraId="45E460E7" w14:textId="68F49671" w:rsidR="00D42AA8" w:rsidRDefault="003B2B45" w:rsidP="00BE00E6">
      <w:pPr>
        <w:pStyle w:val="ListNumber"/>
        <w:numPr>
          <w:ilvl w:val="0"/>
          <w:numId w:val="0"/>
        </w:numPr>
        <w:ind w:left="360"/>
      </w:pPr>
      <w:r>
        <w:t>4.  What ‘evidence’ does Iago provide of Desdemona’s supposed betrayal? What effect</w:t>
      </w:r>
      <w:r w:rsidR="00BE00E6">
        <w:t xml:space="preserve"> </w:t>
      </w:r>
      <w:r>
        <w:t>does this information have upon Othello and his language?</w:t>
      </w:r>
    </w:p>
    <w:p w14:paraId="65666AB6" w14:textId="77777777" w:rsidR="00D42AA8" w:rsidRDefault="003B2B45" w:rsidP="00BE00E6">
      <w:pPr>
        <w:pStyle w:val="ListNumber"/>
        <w:numPr>
          <w:ilvl w:val="0"/>
          <w:numId w:val="0"/>
        </w:numPr>
        <w:ind w:left="360"/>
      </w:pPr>
      <w:r>
        <w:t>5</w:t>
      </w:r>
      <w:r>
        <w:t>.  What is the effect of Othello kneeling during this scene?</w:t>
      </w:r>
    </w:p>
    <w:p w14:paraId="61E823DD" w14:textId="77777777" w:rsidR="00D42AA8" w:rsidRDefault="003B2B45">
      <w:pPr>
        <w:pStyle w:val="ListBullet"/>
      </w:pPr>
      <w:r>
        <w:t>What decisions has Othello reached by the end of the scene?</w:t>
      </w:r>
    </w:p>
    <w:p w14:paraId="2E4172AF" w14:textId="6DB5F1FB" w:rsidR="00D42AA8" w:rsidRDefault="003B2B45" w:rsidP="00BE00E6">
      <w:pPr>
        <w:pStyle w:val="ListBullet"/>
      </w:pPr>
      <w:r>
        <w:t>How convincing do you find Othello’s sudden submission to Iago’s plot? What reasons</w:t>
      </w:r>
      <w:r w:rsidR="00BE00E6">
        <w:t xml:space="preserve"> </w:t>
      </w:r>
      <w:r>
        <w:t>are there to justify his view of Desdemona as a ‘fair devil’?</w:t>
      </w:r>
    </w:p>
    <w:p w14:paraId="1FD965F7" w14:textId="77777777" w:rsidR="00D42AA8" w:rsidRDefault="003B2B45">
      <w:pPr>
        <w:pStyle w:val="Heading2"/>
      </w:pPr>
      <w:r>
        <w:t>A</w:t>
      </w:r>
      <w:r>
        <w:t>ct 3 Scene 4</w:t>
      </w:r>
    </w:p>
    <w:p w14:paraId="392DCF53" w14:textId="0E975798" w:rsidR="00D42AA8" w:rsidRDefault="003B2B45" w:rsidP="00BE00E6">
      <w:pPr>
        <w:pStyle w:val="ListNumber"/>
        <w:numPr>
          <w:ilvl w:val="0"/>
          <w:numId w:val="0"/>
        </w:numPr>
        <w:ind w:left="360"/>
      </w:pPr>
      <w:r>
        <w:t>1.  What do you think is Shakespeare’s dramatic purpose in including the brief exchange</w:t>
      </w:r>
      <w:r w:rsidR="00BE00E6">
        <w:t xml:space="preserve"> </w:t>
      </w:r>
      <w:r>
        <w:t>between the Clown and Desdemona in this scene?</w:t>
      </w:r>
    </w:p>
    <w:p w14:paraId="59F205BD" w14:textId="533DEA75" w:rsidR="00D42AA8" w:rsidRDefault="003B2B45" w:rsidP="00BE00E6">
      <w:pPr>
        <w:pStyle w:val="ListNumber"/>
        <w:numPr>
          <w:ilvl w:val="0"/>
          <w:numId w:val="0"/>
        </w:numPr>
        <w:ind w:left="360"/>
      </w:pPr>
      <w:r>
        <w:t>2.  What is the dramatic effect on the audience of Othello’s discussion with Desdemona (line</w:t>
      </w:r>
      <w:r w:rsidR="00BE00E6">
        <w:t xml:space="preserve"> </w:t>
      </w:r>
      <w:r>
        <w:t>32 onwards)?</w:t>
      </w:r>
    </w:p>
    <w:p w14:paraId="21A97741" w14:textId="205BC6A4" w:rsidR="00D42AA8" w:rsidRDefault="003B2B45" w:rsidP="00BE00E6">
      <w:pPr>
        <w:pStyle w:val="ListNumber"/>
        <w:numPr>
          <w:ilvl w:val="0"/>
          <w:numId w:val="0"/>
        </w:numPr>
        <w:ind w:left="360"/>
      </w:pPr>
      <w:r>
        <w:t>3.  How is the contrast between Desdemona’s true innocence and Iago’s version of her</w:t>
      </w:r>
      <w:r w:rsidR="00BE00E6">
        <w:t xml:space="preserve"> </w:t>
      </w:r>
      <w:proofErr w:type="spellStart"/>
      <w:r>
        <w:t>emphasised</w:t>
      </w:r>
      <w:proofErr w:type="spellEnd"/>
      <w:r>
        <w:t xml:space="preserve"> during this scene?</w:t>
      </w:r>
    </w:p>
    <w:p w14:paraId="7D50C02B" w14:textId="77777777" w:rsidR="00D42AA8" w:rsidRDefault="003B2B45" w:rsidP="00BE00E6">
      <w:pPr>
        <w:pStyle w:val="ListNumber"/>
        <w:numPr>
          <w:ilvl w:val="0"/>
          <w:numId w:val="0"/>
        </w:numPr>
        <w:ind w:left="360"/>
      </w:pPr>
      <w:r>
        <w:t>4</w:t>
      </w:r>
      <w:r>
        <w:t>.  How does Emilia’s perception of Othello contrast with Desdemona’s?</w:t>
      </w:r>
    </w:p>
    <w:p w14:paraId="131880C8" w14:textId="666848D6" w:rsidR="00D42AA8" w:rsidRDefault="003B2B45" w:rsidP="00BE00E6">
      <w:pPr>
        <w:pStyle w:val="ListNumber"/>
        <w:numPr>
          <w:ilvl w:val="0"/>
          <w:numId w:val="0"/>
        </w:numPr>
        <w:ind w:left="360"/>
      </w:pPr>
      <w:r>
        <w:t xml:space="preserve">5.  How </w:t>
      </w:r>
      <w:r>
        <w:t>does what you learn of the relationship between Bianca and Cassio influence your</w:t>
      </w:r>
      <w:r w:rsidR="00BE00E6">
        <w:t xml:space="preserve"> </w:t>
      </w:r>
      <w:r>
        <w:t>opinion of Cassio’s character?</w:t>
      </w:r>
    </w:p>
    <w:p w14:paraId="4D9282E5" w14:textId="08B457C6" w:rsidR="00284CD1" w:rsidRPr="00284CD1" w:rsidRDefault="003B2B45" w:rsidP="00284CD1">
      <w:pPr>
        <w:pStyle w:val="Heading2"/>
      </w:pPr>
      <w:r>
        <w:t>Act 4 Scene 1</w:t>
      </w:r>
    </w:p>
    <w:p w14:paraId="17745EA0" w14:textId="58A84FCB" w:rsidR="00D42AA8" w:rsidRDefault="00BE00E6">
      <w:r>
        <w:t>F</w:t>
      </w:r>
      <w:r w:rsidR="003B2B45">
        <w:t>ind a quotation to support each of the following statements. For each</w:t>
      </w:r>
      <w:r>
        <w:t xml:space="preserve"> </w:t>
      </w:r>
      <w:r w:rsidR="003B2B45">
        <w:t>one, set it in context and comment on what it reveals about character and plot. Here is an</w:t>
      </w:r>
      <w:r>
        <w:t xml:space="preserve"> </w:t>
      </w:r>
      <w:r w:rsidR="003B2B45">
        <w:t>example:</w:t>
      </w:r>
    </w:p>
    <w:p w14:paraId="7A266D29" w14:textId="7F6E9648" w:rsidR="00D42AA8" w:rsidRPr="00284CD1" w:rsidRDefault="003B2B45">
      <w:pPr>
        <w:rPr>
          <w:b/>
          <w:bCs/>
        </w:rPr>
      </w:pPr>
      <w:r w:rsidRPr="00284CD1">
        <w:rPr>
          <w:b/>
          <w:bCs/>
        </w:rPr>
        <w:t xml:space="preserve">‘Do but </w:t>
      </w:r>
      <w:proofErr w:type="spellStart"/>
      <w:r w:rsidRPr="00284CD1">
        <w:rPr>
          <w:b/>
          <w:bCs/>
        </w:rPr>
        <w:t>encave</w:t>
      </w:r>
      <w:proofErr w:type="spellEnd"/>
      <w:r w:rsidRPr="00284CD1">
        <w:rPr>
          <w:b/>
          <w:bCs/>
        </w:rPr>
        <w:t xml:space="preserve"> yourself</w:t>
      </w:r>
      <w:r w:rsidR="00284CD1" w:rsidRPr="00284CD1">
        <w:rPr>
          <w:b/>
          <w:bCs/>
        </w:rPr>
        <w:t xml:space="preserve"> / </w:t>
      </w:r>
      <w:r w:rsidRPr="00284CD1">
        <w:rPr>
          <w:b/>
          <w:bCs/>
        </w:rPr>
        <w:t>And mark the fleers, the gibes, and notable scorns</w:t>
      </w:r>
      <w:r w:rsidR="00284CD1" w:rsidRPr="00284CD1">
        <w:rPr>
          <w:b/>
          <w:bCs/>
        </w:rPr>
        <w:t xml:space="preserve"> / </w:t>
      </w:r>
      <w:r w:rsidRPr="00284CD1">
        <w:rPr>
          <w:b/>
          <w:bCs/>
        </w:rPr>
        <w:t>That dwell in every region of his face.’  (79 – 81)</w:t>
      </w:r>
    </w:p>
    <w:p w14:paraId="7ABEE38E" w14:textId="76A6FFE1" w:rsidR="00D42AA8" w:rsidRDefault="003B2B45">
      <w:r>
        <w:t xml:space="preserve">Iago says this when he instructs Othello to hide and </w:t>
      </w:r>
      <w:r>
        <w:t>observe a conversation between Iago and</w:t>
      </w:r>
      <w:r w:rsidR="00284CD1">
        <w:t xml:space="preserve"> </w:t>
      </w:r>
      <w:r>
        <w:t>Cassio which has been purposely set up for Othello to interpret as a lewd discussion about</w:t>
      </w:r>
      <w:r w:rsidR="00284CD1">
        <w:t xml:space="preserve"> </w:t>
      </w:r>
      <w:r>
        <w:t>Desdemona, providing evidence of her supposed infidelity.  Iago’s use of the imperative verbs</w:t>
      </w:r>
      <w:r w:rsidR="00284CD1">
        <w:t xml:space="preserve"> </w:t>
      </w:r>
      <w:r>
        <w:t>‘</w:t>
      </w:r>
      <w:proofErr w:type="spellStart"/>
      <w:r>
        <w:t>encave</w:t>
      </w:r>
      <w:proofErr w:type="spellEnd"/>
      <w:r>
        <w:t>’ and ‘mark’ indicate that it is the ensign, and not the once authoritative General, who</w:t>
      </w:r>
      <w:r w:rsidR="00284CD1">
        <w:t xml:space="preserve"> </w:t>
      </w:r>
      <w:r>
        <w:t>is in command of the situation.</w:t>
      </w:r>
    </w:p>
    <w:tbl>
      <w:tblPr>
        <w:tblStyle w:val="TableGrid"/>
        <w:tblW w:w="0" w:type="auto"/>
        <w:tblInd w:w="720" w:type="dxa"/>
        <w:tblLook w:val="04A0" w:firstRow="1" w:lastRow="0" w:firstColumn="1" w:lastColumn="0" w:noHBand="0" w:noVBand="1"/>
      </w:tblPr>
      <w:tblGrid>
        <w:gridCol w:w="7910"/>
      </w:tblGrid>
      <w:tr w:rsidR="00284CD1" w:rsidRPr="00284CD1" w14:paraId="5AD536F0" w14:textId="77777777" w:rsidTr="00284CD1">
        <w:tc>
          <w:tcPr>
            <w:tcW w:w="8136" w:type="dxa"/>
          </w:tcPr>
          <w:p w14:paraId="12A18E1A" w14:textId="77777777" w:rsidR="00284CD1" w:rsidRPr="00284CD1" w:rsidRDefault="00284CD1" w:rsidP="00B25052">
            <w:pPr>
              <w:pStyle w:val="ListParagraph"/>
              <w:numPr>
                <w:ilvl w:val="0"/>
                <w:numId w:val="12"/>
              </w:numPr>
            </w:pPr>
            <w:r w:rsidRPr="00284CD1">
              <w:t xml:space="preserve">Iago taunts Othello and controls his imagination. </w:t>
            </w:r>
          </w:p>
        </w:tc>
      </w:tr>
      <w:tr w:rsidR="00284CD1" w:rsidRPr="00284CD1" w14:paraId="405CE279" w14:textId="77777777" w:rsidTr="00284CD1">
        <w:tc>
          <w:tcPr>
            <w:tcW w:w="8136" w:type="dxa"/>
          </w:tcPr>
          <w:p w14:paraId="40A97792" w14:textId="77777777" w:rsidR="00284CD1" w:rsidRPr="00284CD1" w:rsidRDefault="00284CD1" w:rsidP="00B25052">
            <w:pPr>
              <w:pStyle w:val="ListParagraph"/>
              <w:numPr>
                <w:ilvl w:val="0"/>
                <w:numId w:val="12"/>
              </w:numPr>
            </w:pPr>
            <w:r w:rsidRPr="00284CD1">
              <w:t>Iago ironically plays devil’s advocate.</w:t>
            </w:r>
          </w:p>
        </w:tc>
      </w:tr>
      <w:tr w:rsidR="00284CD1" w:rsidRPr="00284CD1" w14:paraId="46FA95DA" w14:textId="77777777" w:rsidTr="00284CD1">
        <w:tc>
          <w:tcPr>
            <w:tcW w:w="8136" w:type="dxa"/>
          </w:tcPr>
          <w:p w14:paraId="46690BE8" w14:textId="77777777" w:rsidR="00284CD1" w:rsidRPr="00284CD1" w:rsidRDefault="00284CD1" w:rsidP="00B25052">
            <w:pPr>
              <w:pStyle w:val="ListParagraph"/>
              <w:numPr>
                <w:ilvl w:val="0"/>
                <w:numId w:val="12"/>
              </w:numPr>
            </w:pPr>
            <w:r w:rsidRPr="00284CD1">
              <w:t>Iago revels in his power to torment Othello.</w:t>
            </w:r>
          </w:p>
        </w:tc>
      </w:tr>
      <w:tr w:rsidR="00284CD1" w:rsidRPr="00284CD1" w14:paraId="230CADD2" w14:textId="77777777" w:rsidTr="00284CD1">
        <w:tc>
          <w:tcPr>
            <w:tcW w:w="8136" w:type="dxa"/>
          </w:tcPr>
          <w:p w14:paraId="1653AC7B" w14:textId="77777777" w:rsidR="00284CD1" w:rsidRPr="00284CD1" w:rsidRDefault="00284CD1" w:rsidP="00B25052">
            <w:pPr>
              <w:pStyle w:val="ListBullet"/>
              <w:numPr>
                <w:ilvl w:val="0"/>
                <w:numId w:val="12"/>
              </w:numPr>
            </w:pPr>
            <w:r w:rsidRPr="00284CD1">
              <w:t>Othello breaks down.</w:t>
            </w:r>
          </w:p>
        </w:tc>
      </w:tr>
      <w:tr w:rsidR="00284CD1" w:rsidRPr="00284CD1" w14:paraId="6C33C14A" w14:textId="77777777" w:rsidTr="00284CD1">
        <w:tc>
          <w:tcPr>
            <w:tcW w:w="8136" w:type="dxa"/>
          </w:tcPr>
          <w:p w14:paraId="5A14D4C7" w14:textId="77777777" w:rsidR="00284CD1" w:rsidRPr="00284CD1" w:rsidRDefault="00284CD1" w:rsidP="00B25052">
            <w:pPr>
              <w:pStyle w:val="ListBullet"/>
              <w:numPr>
                <w:ilvl w:val="0"/>
                <w:numId w:val="12"/>
              </w:numPr>
            </w:pPr>
            <w:r w:rsidRPr="00284CD1">
              <w:t>Othello’s language is ‘</w:t>
            </w:r>
            <w:proofErr w:type="spellStart"/>
            <w:r w:rsidRPr="00284CD1">
              <w:t>Iagoised</w:t>
            </w:r>
            <w:proofErr w:type="spellEnd"/>
            <w:r w:rsidRPr="00284CD1">
              <w:t>’ (corrupted with the ensign’s distinctive idiom)</w:t>
            </w:r>
          </w:p>
        </w:tc>
      </w:tr>
      <w:tr w:rsidR="00284CD1" w:rsidRPr="00284CD1" w14:paraId="6E215EFA" w14:textId="77777777" w:rsidTr="00284CD1">
        <w:tc>
          <w:tcPr>
            <w:tcW w:w="8136" w:type="dxa"/>
          </w:tcPr>
          <w:p w14:paraId="742943F7" w14:textId="77777777" w:rsidR="00284CD1" w:rsidRPr="00284CD1" w:rsidRDefault="00284CD1" w:rsidP="00B25052">
            <w:pPr>
              <w:pStyle w:val="ListBullet"/>
              <w:numPr>
                <w:ilvl w:val="0"/>
                <w:numId w:val="12"/>
              </w:numPr>
            </w:pPr>
            <w:r w:rsidRPr="00284CD1">
              <w:t>Othello is torn between opposites: love/hate; public/private; personal/professional.</w:t>
            </w:r>
          </w:p>
        </w:tc>
      </w:tr>
      <w:tr w:rsidR="00284CD1" w:rsidRPr="00284CD1" w14:paraId="34559B92" w14:textId="77777777" w:rsidTr="00284CD1">
        <w:tc>
          <w:tcPr>
            <w:tcW w:w="8136" w:type="dxa"/>
          </w:tcPr>
          <w:p w14:paraId="11458D97" w14:textId="77777777" w:rsidR="00284CD1" w:rsidRPr="00284CD1" w:rsidRDefault="00284CD1" w:rsidP="00B25052">
            <w:pPr>
              <w:pStyle w:val="ListParagraph"/>
              <w:numPr>
                <w:ilvl w:val="0"/>
                <w:numId w:val="12"/>
              </w:numPr>
            </w:pPr>
            <w:r w:rsidRPr="00284CD1">
              <w:t>Iago feigns reluctance to speak ill of Othello to Lodovico.</w:t>
            </w:r>
          </w:p>
        </w:tc>
      </w:tr>
    </w:tbl>
    <w:p w14:paraId="0A05DCD7" w14:textId="77777777" w:rsidR="00284CD1" w:rsidRDefault="00284CD1" w:rsidP="00284CD1"/>
    <w:p w14:paraId="3A99B680" w14:textId="77777777" w:rsidR="00D42AA8" w:rsidRDefault="003B2B45" w:rsidP="00BE00E6">
      <w:pPr>
        <w:pStyle w:val="ListNumber"/>
        <w:numPr>
          <w:ilvl w:val="0"/>
          <w:numId w:val="0"/>
        </w:numPr>
        <w:ind w:left="360"/>
      </w:pPr>
      <w:r>
        <w:t>1</w:t>
      </w:r>
      <w:r>
        <w:t>.  How does Desdemona react to the physical violence that she endures in this scene?</w:t>
      </w:r>
    </w:p>
    <w:p w14:paraId="7EB5AC61" w14:textId="36988408" w:rsidR="00D42AA8" w:rsidRDefault="003B2B45" w:rsidP="00BE00E6">
      <w:pPr>
        <w:pStyle w:val="ListNumber"/>
        <w:numPr>
          <w:ilvl w:val="0"/>
          <w:numId w:val="0"/>
        </w:numPr>
        <w:ind w:left="360"/>
      </w:pPr>
      <w:r>
        <w:t>2.  Why is it significant that Othello’s actions towards her are witnessed by visitors from</w:t>
      </w:r>
      <w:r w:rsidR="00BE00E6">
        <w:t xml:space="preserve"> </w:t>
      </w:r>
      <w:r>
        <w:t>Venice?</w:t>
      </w:r>
    </w:p>
    <w:p w14:paraId="1AA2F4CF" w14:textId="77777777" w:rsidR="00D42AA8" w:rsidRDefault="003B2B45">
      <w:pPr>
        <w:pStyle w:val="Heading2"/>
      </w:pPr>
      <w:r>
        <w:t>A</w:t>
      </w:r>
      <w:r>
        <w:t>ct 4 Scene 2</w:t>
      </w:r>
    </w:p>
    <w:p w14:paraId="78966E81" w14:textId="77777777" w:rsidR="00D42AA8" w:rsidRDefault="003B2B45" w:rsidP="00BE00E6">
      <w:pPr>
        <w:pStyle w:val="ListNumber"/>
        <w:numPr>
          <w:ilvl w:val="0"/>
          <w:numId w:val="0"/>
        </w:numPr>
        <w:ind w:left="360"/>
      </w:pPr>
      <w:r>
        <w:t>1.  What effect does Othello’s questioning of Emilia have on his behaviour?</w:t>
      </w:r>
    </w:p>
    <w:p w14:paraId="11D87BB0" w14:textId="47F1493B" w:rsidR="00D42AA8" w:rsidRDefault="003B2B45" w:rsidP="00BE00E6">
      <w:pPr>
        <w:pStyle w:val="ListNumber"/>
        <w:numPr>
          <w:ilvl w:val="0"/>
          <w:numId w:val="0"/>
        </w:numPr>
        <w:ind w:left="360"/>
      </w:pPr>
      <w:r>
        <w:t xml:space="preserve">2.  How does Othello’s treatment of </w:t>
      </w:r>
      <w:r>
        <w:t>Desdemona affect your view of their relationship at this</w:t>
      </w:r>
      <w:r w:rsidR="00BE00E6">
        <w:t xml:space="preserve"> </w:t>
      </w:r>
      <w:r>
        <w:t>point in the play?</w:t>
      </w:r>
    </w:p>
    <w:p w14:paraId="390DC33D" w14:textId="77777777" w:rsidR="00D42AA8" w:rsidRDefault="003B2B45" w:rsidP="00BE00E6">
      <w:pPr>
        <w:pStyle w:val="ListNumber"/>
        <w:numPr>
          <w:ilvl w:val="0"/>
          <w:numId w:val="0"/>
        </w:numPr>
        <w:ind w:left="360"/>
      </w:pPr>
      <w:r>
        <w:t>3</w:t>
      </w:r>
      <w:r>
        <w:t>.  Consider the language and imagery used by Othello in this scene. How has it changed?</w:t>
      </w:r>
    </w:p>
    <w:p w14:paraId="6007CCC1" w14:textId="77777777" w:rsidR="00D42AA8" w:rsidRDefault="003B2B45" w:rsidP="00BE00E6">
      <w:pPr>
        <w:pStyle w:val="ListNumber"/>
        <w:numPr>
          <w:ilvl w:val="0"/>
          <w:numId w:val="0"/>
        </w:numPr>
        <w:ind w:left="360"/>
      </w:pPr>
      <w:r>
        <w:t>4.  What do you feel about Desdemona’s language and actions towards Othello in this scene?</w:t>
      </w:r>
    </w:p>
    <w:p w14:paraId="0CFA49E8" w14:textId="419E6134" w:rsidR="00D42AA8" w:rsidRDefault="003B2B45">
      <w:r>
        <w:t>How does she react to his false accusations and what do her reactions reveal about her</w:t>
      </w:r>
      <w:r w:rsidR="00BE00E6">
        <w:t xml:space="preserve"> </w:t>
      </w:r>
      <w:r>
        <w:t>character?</w:t>
      </w:r>
    </w:p>
    <w:p w14:paraId="744FA91B" w14:textId="4C656013" w:rsidR="00D42AA8" w:rsidRDefault="003B2B45" w:rsidP="00BE00E6">
      <w:pPr>
        <w:pStyle w:val="ListNumber"/>
        <w:numPr>
          <w:ilvl w:val="0"/>
          <w:numId w:val="0"/>
        </w:numPr>
        <w:ind w:left="360"/>
      </w:pPr>
      <w:r>
        <w:t>5.  Look closely at the exchange between Desdemona, Emilia and Iago. What is the effect of</w:t>
      </w:r>
      <w:r w:rsidR="00BE00E6">
        <w:t xml:space="preserve"> </w:t>
      </w:r>
      <w:r>
        <w:t>irony in this scene?</w:t>
      </w:r>
    </w:p>
    <w:p w14:paraId="2FBF2434" w14:textId="25D4A734" w:rsidR="00D42AA8" w:rsidRDefault="003B2B45" w:rsidP="00BE00E6">
      <w:pPr>
        <w:pStyle w:val="ListNumber"/>
        <w:numPr>
          <w:ilvl w:val="0"/>
          <w:numId w:val="0"/>
        </w:numPr>
        <w:ind w:left="360"/>
      </w:pPr>
      <w:r>
        <w:t>6.  What new information do you learn from the discussion between Roderigo and Iago at the</w:t>
      </w:r>
      <w:r w:rsidR="00BE00E6">
        <w:t xml:space="preserve"> </w:t>
      </w:r>
      <w:r>
        <w:t>end of this scene? How might this affect the rest of the play?</w:t>
      </w:r>
    </w:p>
    <w:p w14:paraId="7557B5C1" w14:textId="5492CD9F" w:rsidR="00D42AA8" w:rsidRDefault="003B2B45" w:rsidP="00BE00E6">
      <w:pPr>
        <w:pStyle w:val="ListNumber"/>
        <w:numPr>
          <w:ilvl w:val="0"/>
          <w:numId w:val="0"/>
        </w:numPr>
        <w:ind w:left="360"/>
      </w:pPr>
      <w:r>
        <w:t>7.  What dramatic function is served by this scene? How essential is Roderigo to the success</w:t>
      </w:r>
      <w:r w:rsidR="00BE00E6">
        <w:t xml:space="preserve"> </w:t>
      </w:r>
      <w:r>
        <w:t>of Iago’s plot? What other functions could he serve in the play?</w:t>
      </w:r>
    </w:p>
    <w:p w14:paraId="40E4A0F4" w14:textId="77777777" w:rsidR="00D42AA8" w:rsidRDefault="003B2B45">
      <w:pPr>
        <w:pStyle w:val="Heading2"/>
      </w:pPr>
      <w:r>
        <w:t>A</w:t>
      </w:r>
      <w:r>
        <w:t>ct 4 Scene 3: ‘The willow scene’</w:t>
      </w:r>
    </w:p>
    <w:p w14:paraId="1DFF8397" w14:textId="77777777" w:rsidR="00D42AA8" w:rsidRDefault="003B2B45" w:rsidP="00BE00E6">
      <w:pPr>
        <w:pStyle w:val="ListNumber"/>
        <w:numPr>
          <w:ilvl w:val="0"/>
          <w:numId w:val="0"/>
        </w:numPr>
        <w:ind w:left="360"/>
      </w:pPr>
      <w:r>
        <w:t>1.  How do Othello’s actions at the beginning of the scene create a sense of foreboding?</w:t>
      </w:r>
    </w:p>
    <w:p w14:paraId="242C0882" w14:textId="36B8E098" w:rsidR="00D42AA8" w:rsidRDefault="003B2B45" w:rsidP="00BE00E6">
      <w:pPr>
        <w:pStyle w:val="ListNumber"/>
        <w:numPr>
          <w:ilvl w:val="0"/>
          <w:numId w:val="0"/>
        </w:numPr>
        <w:ind w:left="360"/>
      </w:pPr>
      <w:r>
        <w:t xml:space="preserve">2.  What do you learn about the willow song? How does the story that Desdemona </w:t>
      </w:r>
      <w:proofErr w:type="gramStart"/>
      <w:r>
        <w:t>tells</w:t>
      </w:r>
      <w:proofErr w:type="gramEnd"/>
      <w:r>
        <w:t xml:space="preserve"> about</w:t>
      </w:r>
      <w:r w:rsidR="00BE00E6">
        <w:t xml:space="preserve"> </w:t>
      </w:r>
      <w:r>
        <w:t>it foreshadow her fate?</w:t>
      </w:r>
    </w:p>
    <w:p w14:paraId="21C1540B" w14:textId="54B0B6A8" w:rsidR="00D42AA8" w:rsidRDefault="003B2B45" w:rsidP="00BE00E6">
      <w:pPr>
        <w:pStyle w:val="ListNumber"/>
        <w:numPr>
          <w:ilvl w:val="0"/>
          <w:numId w:val="0"/>
        </w:numPr>
        <w:ind w:left="360"/>
      </w:pPr>
      <w:r>
        <w:t xml:space="preserve">3.  </w:t>
      </w:r>
      <w:r>
        <w:t>What is the dramatic effect of the speech between Desdemona and Emilia being broken</w:t>
      </w:r>
      <w:r w:rsidR="00BE00E6">
        <w:t xml:space="preserve"> </w:t>
      </w:r>
      <w:r>
        <w:t>by her singing?</w:t>
      </w:r>
    </w:p>
    <w:p w14:paraId="10C1DB61" w14:textId="77777777" w:rsidR="00D42AA8" w:rsidRDefault="003B2B45" w:rsidP="00BE00E6">
      <w:pPr>
        <w:pStyle w:val="ListNumber"/>
        <w:numPr>
          <w:ilvl w:val="0"/>
          <w:numId w:val="0"/>
        </w:numPr>
        <w:ind w:left="360"/>
      </w:pPr>
      <w:r>
        <w:t>4</w:t>
      </w:r>
      <w:r>
        <w:t>.  Desdemona and Emilia discuss male and female relationships and marriage. How does</w:t>
      </w:r>
    </w:p>
    <w:p w14:paraId="7809C03F" w14:textId="77777777" w:rsidR="00D42AA8" w:rsidRDefault="003B2B45">
      <w:r>
        <w:t>Emilia’s view of the world contrast with Desdemona’s? Think about:</w:t>
      </w:r>
    </w:p>
    <w:p w14:paraId="4C76833B" w14:textId="77777777" w:rsidR="00BE00E6" w:rsidRDefault="00BE00E6" w:rsidP="00BE00E6">
      <w:pPr>
        <w:pStyle w:val="ListBullet"/>
      </w:pPr>
      <w:r>
        <w:t>their views of marriage and adultery</w:t>
      </w:r>
    </w:p>
    <w:p w14:paraId="799544F9" w14:textId="77777777" w:rsidR="00BE00E6" w:rsidRDefault="00BE00E6" w:rsidP="00BE00E6">
      <w:pPr>
        <w:pStyle w:val="ListBullet"/>
      </w:pPr>
      <w:r>
        <w:t>their response to Othello</w:t>
      </w:r>
    </w:p>
    <w:p w14:paraId="58C11F05" w14:textId="5B5166FE" w:rsidR="00D42AA8" w:rsidRDefault="00BE00E6" w:rsidP="00BE00E6">
      <w:pPr>
        <w:pStyle w:val="ListBullet"/>
      </w:pPr>
      <w:r>
        <w:t>their use of language.</w:t>
      </w:r>
    </w:p>
    <w:p w14:paraId="1744B39B" w14:textId="74127935" w:rsidR="00D42AA8" w:rsidRDefault="003B2B45" w:rsidP="00BE00E6">
      <w:pPr>
        <w:pStyle w:val="ListNumber"/>
        <w:numPr>
          <w:ilvl w:val="0"/>
          <w:numId w:val="0"/>
        </w:numPr>
      </w:pPr>
      <w:r>
        <w:t>5.  What do you think of Desdemona in this scene and Act 4 Scene 2? Debate the following</w:t>
      </w:r>
      <w:r w:rsidR="00BE00E6">
        <w:t xml:space="preserve"> </w:t>
      </w:r>
      <w:r>
        <w:t>views:</w:t>
      </w:r>
    </w:p>
    <w:p w14:paraId="41AAED38" w14:textId="77777777" w:rsidR="00D42AA8" w:rsidRDefault="003B2B45">
      <w:r>
        <w:t>a</w:t>
      </w:r>
      <w:r>
        <w:t>.  Desdemona should be admired for her innocence and unwavering love for Othello.</w:t>
      </w:r>
    </w:p>
    <w:p w14:paraId="555B41C1" w14:textId="77777777" w:rsidR="00D42AA8" w:rsidRDefault="003B2B45">
      <w:r>
        <w:t>b.  Desdemona is too passive in her acceptance of the role of victim.</w:t>
      </w:r>
    </w:p>
    <w:p w14:paraId="28F65CBC" w14:textId="77777777" w:rsidR="00D42AA8" w:rsidRDefault="003B2B45">
      <w:r>
        <w:t>In Act Five, Iago’s plot comes to fruition with tragic consequences.</w:t>
      </w:r>
    </w:p>
    <w:p w14:paraId="4D52A541" w14:textId="77777777" w:rsidR="00D42AA8" w:rsidRDefault="003B2B45">
      <w:pPr>
        <w:pStyle w:val="Heading2"/>
      </w:pPr>
      <w:r>
        <w:t>Act 5 Scene 1</w:t>
      </w:r>
    </w:p>
    <w:p w14:paraId="21381E67" w14:textId="19F70C99" w:rsidR="00D42AA8" w:rsidRDefault="003B2B45">
      <w:r>
        <w:t xml:space="preserve">At the </w:t>
      </w:r>
      <w:r>
        <w:t>end of Act 4 Scene 2, Iago introduces the idea of killing Cassio to Roderigo. In this scene,</w:t>
      </w:r>
      <w:r w:rsidR="00BE00E6">
        <w:t xml:space="preserve"> </w:t>
      </w:r>
      <w:r>
        <w:t>things do not quite go to plan.</w:t>
      </w:r>
    </w:p>
    <w:p w14:paraId="00F30E4B" w14:textId="77777777" w:rsidR="00D42AA8" w:rsidRDefault="003B2B45" w:rsidP="00BE00E6">
      <w:pPr>
        <w:pStyle w:val="ListNumber"/>
        <w:numPr>
          <w:ilvl w:val="0"/>
          <w:numId w:val="0"/>
        </w:numPr>
        <w:ind w:left="360"/>
      </w:pPr>
      <w:r>
        <w:t>1.  What attitude does Roderigo show towards killing Cassio?</w:t>
      </w:r>
    </w:p>
    <w:p w14:paraId="0778018E" w14:textId="77777777" w:rsidR="00D42AA8" w:rsidRDefault="003B2B45" w:rsidP="00BE00E6">
      <w:pPr>
        <w:pStyle w:val="ListNumber"/>
        <w:numPr>
          <w:ilvl w:val="0"/>
          <w:numId w:val="0"/>
        </w:numPr>
        <w:ind w:left="360"/>
      </w:pPr>
      <w:r>
        <w:t>2.  What do we learn from Iago’s aside in lines 11 to 22?</w:t>
      </w:r>
    </w:p>
    <w:p w14:paraId="21E061CE" w14:textId="77777777" w:rsidR="00D42AA8" w:rsidRDefault="003B2B45" w:rsidP="00BE00E6">
      <w:pPr>
        <w:pStyle w:val="ListNumber"/>
        <w:numPr>
          <w:ilvl w:val="0"/>
          <w:numId w:val="0"/>
        </w:numPr>
        <w:ind w:left="360"/>
      </w:pPr>
      <w:r>
        <w:t>3.  What do Othello’s words in lines 31 to 37 tell us about his state of mind?</w:t>
      </w:r>
    </w:p>
    <w:p w14:paraId="3814EA2D" w14:textId="77777777" w:rsidR="00D42AA8" w:rsidRDefault="003B2B45" w:rsidP="00BE00E6">
      <w:pPr>
        <w:pStyle w:val="ListNumber"/>
        <w:numPr>
          <w:ilvl w:val="0"/>
          <w:numId w:val="0"/>
        </w:numPr>
        <w:ind w:left="360"/>
      </w:pPr>
      <w:r>
        <w:t>4.  Comment on Iago’s words and actions as he re-enters the scene on line 46:</w:t>
      </w:r>
    </w:p>
    <w:p w14:paraId="15688360" w14:textId="77777777" w:rsidR="00D42AA8" w:rsidRDefault="003B2B45">
      <w:pPr>
        <w:pStyle w:val="ListBullet"/>
      </w:pPr>
      <w:r>
        <w:t>How does he fool Gratiano and Lodovico into believing him ‘a very valiant fellow’?</w:t>
      </w:r>
    </w:p>
    <w:p w14:paraId="6584AC86" w14:textId="77777777" w:rsidR="00D42AA8" w:rsidRDefault="003B2B45">
      <w:pPr>
        <w:pStyle w:val="ListBullet"/>
      </w:pPr>
      <w:r>
        <w:t>Why does he kill Roderigo?</w:t>
      </w:r>
    </w:p>
    <w:p w14:paraId="2DDB88CB" w14:textId="77777777" w:rsidR="00D42AA8" w:rsidRDefault="003B2B45">
      <w:pPr>
        <w:pStyle w:val="ListBullet"/>
      </w:pPr>
      <w:r>
        <w:t>How does he explain Roderigo’s death to the others?</w:t>
      </w:r>
    </w:p>
    <w:p w14:paraId="5A1B8DBD" w14:textId="77777777" w:rsidR="00D42AA8" w:rsidRDefault="003B2B45">
      <w:pPr>
        <w:pStyle w:val="ListBullet"/>
      </w:pPr>
      <w:r>
        <w:t>What is his attitude towards Bianca?</w:t>
      </w:r>
    </w:p>
    <w:p w14:paraId="62BBCA1D" w14:textId="10C84A26" w:rsidR="00D42AA8" w:rsidRDefault="003B2B45" w:rsidP="00BE00E6">
      <w:pPr>
        <w:pStyle w:val="ListNumber"/>
        <w:numPr>
          <w:ilvl w:val="0"/>
          <w:numId w:val="0"/>
        </w:numPr>
        <w:ind w:left="360"/>
      </w:pPr>
      <w:r>
        <w:t>5.  What does Iago’s final aside in the scene tell us about his position at this point in the</w:t>
      </w:r>
      <w:r w:rsidR="00BE00E6">
        <w:t xml:space="preserve"> </w:t>
      </w:r>
      <w:r>
        <w:t>play? How would you expect him to deliver these lines?</w:t>
      </w:r>
    </w:p>
    <w:p w14:paraId="607ED455" w14:textId="7B22A0F9" w:rsidR="00D42AA8" w:rsidRDefault="003B2B45" w:rsidP="00BE00E6">
      <w:pPr>
        <w:pStyle w:val="ListNumber"/>
        <w:numPr>
          <w:ilvl w:val="0"/>
          <w:numId w:val="0"/>
        </w:numPr>
        <w:ind w:left="360"/>
      </w:pPr>
      <w:r>
        <w:t>6.  How would you describe the dramatic impact of this scene? What problems does the</w:t>
      </w:r>
      <w:r w:rsidR="00BE00E6">
        <w:t xml:space="preserve"> </w:t>
      </w:r>
      <w:r>
        <w:t>scene pose for a director and actors?</w:t>
      </w:r>
    </w:p>
    <w:p w14:paraId="7CA4BDA2" w14:textId="77777777" w:rsidR="00D42AA8" w:rsidRDefault="003B2B45">
      <w:pPr>
        <w:pStyle w:val="Heading2"/>
      </w:pPr>
      <w:r>
        <w:t>A</w:t>
      </w:r>
      <w:r>
        <w:t>ct 5 Scene 2</w:t>
      </w:r>
    </w:p>
    <w:p w14:paraId="7CC0A063" w14:textId="200C19EB" w:rsidR="00D42AA8" w:rsidRDefault="003B2B45" w:rsidP="00284CD1">
      <w:pPr>
        <w:pStyle w:val="ListNumber"/>
        <w:numPr>
          <w:ilvl w:val="0"/>
          <w:numId w:val="0"/>
        </w:numPr>
        <w:ind w:left="360"/>
      </w:pPr>
      <w:r>
        <w:t>1.  Explain Othello’s conflicting emotions as they are revealed in his speech at the beginning</w:t>
      </w:r>
      <w:r w:rsidR="00284CD1">
        <w:t xml:space="preserve"> </w:t>
      </w:r>
      <w:r>
        <w:t>of the scene.</w:t>
      </w:r>
    </w:p>
    <w:p w14:paraId="04D5FFB0" w14:textId="77777777" w:rsidR="00D42AA8" w:rsidRDefault="003B2B45" w:rsidP="00BE00E6">
      <w:pPr>
        <w:pStyle w:val="ListNumber"/>
        <w:numPr>
          <w:ilvl w:val="0"/>
          <w:numId w:val="0"/>
        </w:numPr>
        <w:ind w:left="360"/>
      </w:pPr>
      <w:r>
        <w:t>2</w:t>
      </w:r>
      <w:r>
        <w:t>.  Read the discussion between Othello and Desdemona after she wakes on line 22:</w:t>
      </w:r>
    </w:p>
    <w:p w14:paraId="20BEB105" w14:textId="77777777" w:rsidR="00D42AA8" w:rsidRDefault="003B2B45">
      <w:pPr>
        <w:pStyle w:val="ListBullet"/>
      </w:pPr>
      <w:r>
        <w:t>What is the dramatic impact of this exchange?</w:t>
      </w:r>
    </w:p>
    <w:p w14:paraId="4E99DB7E" w14:textId="77777777" w:rsidR="00D42AA8" w:rsidRDefault="003B2B45">
      <w:pPr>
        <w:pStyle w:val="ListBullet"/>
      </w:pPr>
      <w:r>
        <w:t>How does she unwittingly reinforce Othello’s conviction that she is guilty?</w:t>
      </w:r>
    </w:p>
    <w:p w14:paraId="5C510D12" w14:textId="5B568AB0" w:rsidR="00D42AA8" w:rsidRDefault="003B2B45" w:rsidP="00284CD1">
      <w:pPr>
        <w:pStyle w:val="ListNumber"/>
        <w:numPr>
          <w:ilvl w:val="0"/>
          <w:numId w:val="0"/>
        </w:numPr>
        <w:ind w:left="360"/>
      </w:pPr>
      <w:r>
        <w:t>3.  Look closely at Othello’s speech on lines 89 to 99. How does Shakespeare convey the</w:t>
      </w:r>
      <w:r w:rsidR="00284CD1">
        <w:t xml:space="preserve"> </w:t>
      </w:r>
      <w:r>
        <w:t>nature of his emotion through the language used?</w:t>
      </w:r>
    </w:p>
    <w:p w14:paraId="2C6F4EAC" w14:textId="77777777" w:rsidR="00D42AA8" w:rsidRDefault="003B2B45" w:rsidP="00BE00E6">
      <w:pPr>
        <w:pStyle w:val="ListNumber"/>
        <w:numPr>
          <w:ilvl w:val="0"/>
          <w:numId w:val="0"/>
        </w:numPr>
        <w:ind w:left="360"/>
      </w:pPr>
      <w:r>
        <w:t>4</w:t>
      </w:r>
      <w:r>
        <w:t>.  Consider Emilia’s words and actions in this scene:</w:t>
      </w:r>
    </w:p>
    <w:p w14:paraId="4529DBE0" w14:textId="77777777" w:rsidR="00D42AA8" w:rsidRDefault="003B2B45">
      <w:pPr>
        <w:pStyle w:val="ListBullet"/>
      </w:pPr>
      <w:r>
        <w:t>How does Emilia respond to Othello on discovering Desdemona?</w:t>
      </w:r>
    </w:p>
    <w:p w14:paraId="71E4ED79" w14:textId="77777777" w:rsidR="00D42AA8" w:rsidRDefault="003B2B45">
      <w:pPr>
        <w:pStyle w:val="ListBullet"/>
      </w:pPr>
      <w:r>
        <w:t>How important is she in this scene?</w:t>
      </w:r>
    </w:p>
    <w:p w14:paraId="767737A2" w14:textId="77777777" w:rsidR="00D42AA8" w:rsidRDefault="003B2B45">
      <w:pPr>
        <w:pStyle w:val="ListBullet"/>
      </w:pPr>
      <w:r>
        <w:t xml:space="preserve">How does her behaviour in this scene </w:t>
      </w:r>
      <w:r>
        <w:t>influence your view of her?</w:t>
      </w:r>
    </w:p>
    <w:p w14:paraId="569E4BA5" w14:textId="77777777" w:rsidR="00D42AA8" w:rsidRDefault="003B2B45" w:rsidP="00BE00E6">
      <w:pPr>
        <w:pStyle w:val="ListNumber"/>
        <w:numPr>
          <w:ilvl w:val="0"/>
          <w:numId w:val="0"/>
        </w:numPr>
        <w:ind w:left="360"/>
      </w:pPr>
      <w:r>
        <w:t>5.  How is the truth of Iago’s villainy revealed?</w:t>
      </w:r>
    </w:p>
    <w:p w14:paraId="608491BD" w14:textId="708845B8" w:rsidR="00D42AA8" w:rsidRDefault="003B2B45" w:rsidP="00BE00E6">
      <w:pPr>
        <w:pStyle w:val="ListNumber"/>
        <w:numPr>
          <w:ilvl w:val="0"/>
          <w:numId w:val="0"/>
        </w:numPr>
        <w:ind w:left="360"/>
      </w:pPr>
      <w:r>
        <w:t>6.  What is your impression of Othello from his final speeches in this scene? Consider his</w:t>
      </w:r>
      <w:r w:rsidR="00BE00E6">
        <w:t xml:space="preserve"> </w:t>
      </w:r>
      <w:r>
        <w:t>language in detail.</w:t>
      </w:r>
    </w:p>
    <w:p w14:paraId="58D7F9B8" w14:textId="77777777" w:rsidR="00D42AA8" w:rsidRDefault="003B2B45" w:rsidP="00BE00E6">
      <w:pPr>
        <w:pStyle w:val="ListNumber"/>
        <w:numPr>
          <w:ilvl w:val="0"/>
          <w:numId w:val="0"/>
        </w:numPr>
        <w:ind w:left="360"/>
      </w:pPr>
      <w:r>
        <w:t>7</w:t>
      </w:r>
      <w:r>
        <w:t>.  Consider the impact of the ending of the play:</w:t>
      </w:r>
    </w:p>
    <w:p w14:paraId="7093DD8F" w14:textId="77777777" w:rsidR="00D42AA8" w:rsidRDefault="003B2B45">
      <w:pPr>
        <w:pStyle w:val="ListBullet"/>
      </w:pPr>
      <w:r>
        <w:t>Do you think the ending is successful?</w:t>
      </w:r>
    </w:p>
    <w:p w14:paraId="73A7AF5B" w14:textId="77777777" w:rsidR="00D42AA8" w:rsidRDefault="003B2B45">
      <w:pPr>
        <w:pStyle w:val="ListBullet"/>
      </w:pPr>
      <w:r>
        <w:t>Why do you think the final words of the play are left to Lodovico?</w:t>
      </w:r>
    </w:p>
    <w:p w14:paraId="569E7786" w14:textId="57464B96" w:rsidR="00D42AA8" w:rsidRDefault="003B2B45" w:rsidP="00C055E2">
      <w:pPr>
        <w:pStyle w:val="ListBullet"/>
      </w:pPr>
      <w:r>
        <w:t>Why do you think Shakespeare chose to leave the fate of the ‘hellish villain’ Iago</w:t>
      </w:r>
      <w:r w:rsidR="00C055E2">
        <w:t xml:space="preserve"> </w:t>
      </w:r>
      <w:r>
        <w:t>unresolved?</w:t>
      </w:r>
    </w:p>
    <w:sectPr w:rsidR="00D42A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90A3D3D"/>
    <w:multiLevelType w:val="hybridMultilevel"/>
    <w:tmpl w:val="F574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4E542A"/>
    <w:multiLevelType w:val="hybridMultilevel"/>
    <w:tmpl w:val="427E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F50AFF"/>
    <w:multiLevelType w:val="hybridMultilevel"/>
    <w:tmpl w:val="3550B7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9749902">
    <w:abstractNumId w:val="8"/>
  </w:num>
  <w:num w:numId="2" w16cid:durableId="1024670441">
    <w:abstractNumId w:val="6"/>
  </w:num>
  <w:num w:numId="3" w16cid:durableId="210963208">
    <w:abstractNumId w:val="5"/>
  </w:num>
  <w:num w:numId="4" w16cid:durableId="1748113220">
    <w:abstractNumId w:val="4"/>
  </w:num>
  <w:num w:numId="5" w16cid:durableId="553587437">
    <w:abstractNumId w:val="7"/>
  </w:num>
  <w:num w:numId="6" w16cid:durableId="1133331097">
    <w:abstractNumId w:val="3"/>
  </w:num>
  <w:num w:numId="7" w16cid:durableId="1260716609">
    <w:abstractNumId w:val="2"/>
  </w:num>
  <w:num w:numId="8" w16cid:durableId="1976373559">
    <w:abstractNumId w:val="1"/>
  </w:num>
  <w:num w:numId="9" w16cid:durableId="180970785">
    <w:abstractNumId w:val="0"/>
  </w:num>
  <w:num w:numId="10" w16cid:durableId="31004481">
    <w:abstractNumId w:val="10"/>
  </w:num>
  <w:num w:numId="11" w16cid:durableId="211162188">
    <w:abstractNumId w:val="9"/>
  </w:num>
  <w:num w:numId="12" w16cid:durableId="6019140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4CD1"/>
    <w:rsid w:val="0029639D"/>
    <w:rsid w:val="00326F90"/>
    <w:rsid w:val="003B2B45"/>
    <w:rsid w:val="003C6D93"/>
    <w:rsid w:val="006114E8"/>
    <w:rsid w:val="00A57AB6"/>
    <w:rsid w:val="00AA1D8D"/>
    <w:rsid w:val="00B47730"/>
    <w:rsid w:val="00BD6ECE"/>
    <w:rsid w:val="00BE00E6"/>
    <w:rsid w:val="00C055E2"/>
    <w:rsid w:val="00C9519A"/>
    <w:rsid w:val="00CB0664"/>
    <w:rsid w:val="00D42A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9285DC"/>
  <w14:defaultImageDpi w14:val="300"/>
  <w15:docId w15:val="{1A8DF031-8E9F-400A-8C5D-2A8A2A82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2336</Words>
  <Characters>13319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Miss P Keenan</cp:lastModifiedBy>
  <cp:revision>3</cp:revision>
  <dcterms:created xsi:type="dcterms:W3CDTF">2026-07-13T09:41:00Z</dcterms:created>
  <dcterms:modified xsi:type="dcterms:W3CDTF">2026-07-13T09:46:00Z</dcterms:modified>
  <cp:category/>
</cp:coreProperties>
</file>